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19214" w14:textId="77777777" w:rsidR="0036365A" w:rsidRDefault="00000000">
      <w:pPr>
        <w:keepNext/>
        <w:spacing w:after="20"/>
        <w:jc w:val="center"/>
        <w:rPr>
          <w:b/>
          <w:color w:val="1F3870"/>
          <w:sz w:val="32"/>
        </w:rPr>
      </w:pPr>
      <w:r>
        <w:rPr>
          <w:b/>
          <w:color w:val="1F3870"/>
          <w:sz w:val="32"/>
        </w:rPr>
        <w:t>MARCUS M. WILSON SCHOLARSHIP</w:t>
      </w:r>
    </w:p>
    <w:p w14:paraId="47D73247" w14:textId="77777777" w:rsidR="00DB7D97" w:rsidRDefault="00DB7D97">
      <w:pPr>
        <w:keepNext/>
        <w:spacing w:after="20"/>
        <w:jc w:val="center"/>
      </w:pPr>
    </w:p>
    <w:p w14:paraId="6D2DE37A" w14:textId="77777777" w:rsidR="0036365A" w:rsidRDefault="00000000">
      <w:pPr>
        <w:keepNext/>
        <w:spacing w:after="100"/>
        <w:jc w:val="center"/>
      </w:pPr>
      <w:r>
        <w:rPr>
          <w:b/>
          <w:color w:val="AE252D"/>
          <w:sz w:val="21"/>
        </w:rPr>
        <w:t>2026–2027 Scholarship Program</w:t>
      </w:r>
    </w:p>
    <w:p w14:paraId="147CB3D6" w14:textId="0239E4B5" w:rsidR="0036365A" w:rsidRDefault="00000000">
      <w:pPr>
        <w:spacing w:after="80"/>
        <w:jc w:val="center"/>
        <w:rPr>
          <w:b/>
          <w:color w:val="595959"/>
          <w:sz w:val="17"/>
        </w:rPr>
      </w:pPr>
      <w:r>
        <w:rPr>
          <w:b/>
          <w:color w:val="595959"/>
          <w:sz w:val="17"/>
        </w:rPr>
        <w:t xml:space="preserve">Post Office Box </w:t>
      </w:r>
      <w:r w:rsidR="005D38F3">
        <w:rPr>
          <w:b/>
          <w:color w:val="595959"/>
          <w:sz w:val="17"/>
        </w:rPr>
        <w:t>12393 •</w:t>
      </w:r>
      <w:r>
        <w:rPr>
          <w:b/>
          <w:color w:val="595959"/>
          <w:sz w:val="17"/>
        </w:rPr>
        <w:t xml:space="preserve">  Roanoke, Virginia 24025</w:t>
      </w:r>
    </w:p>
    <w:p w14:paraId="7929054E" w14:textId="77777777" w:rsidR="005D38F3" w:rsidRDefault="005D38F3">
      <w:pPr>
        <w:spacing w:after="80"/>
        <w:jc w:val="center"/>
      </w:pPr>
    </w:p>
    <w:p w14:paraId="0F0BDD9B" w14:textId="77777777" w:rsidR="0036365A" w:rsidRPr="00DB7D97" w:rsidRDefault="00000000">
      <w:pPr>
        <w:spacing w:line="235" w:lineRule="auto"/>
        <w:rPr>
          <w:szCs w:val="18"/>
        </w:rPr>
      </w:pPr>
      <w:r w:rsidRPr="00DB7D97">
        <w:rPr>
          <w:color w:val="000000"/>
          <w:szCs w:val="18"/>
        </w:rPr>
        <w:t>The Marcus M. Wilson Scholarship Fund is proud to offer scholarships to graduating seniors who plan to enter college during the 2026–2027 academic year. Several students will receive a $500 scholarship in memory of Marcus Wilson, who passed away in 2010.</w:t>
      </w:r>
    </w:p>
    <w:p w14:paraId="55413403" w14:textId="77777777" w:rsidR="0036365A" w:rsidRPr="00DB7D97" w:rsidRDefault="00000000">
      <w:pPr>
        <w:spacing w:line="235" w:lineRule="auto"/>
        <w:rPr>
          <w:color w:val="000000"/>
          <w:szCs w:val="18"/>
        </w:rPr>
      </w:pPr>
      <w:r w:rsidRPr="00DB7D97">
        <w:rPr>
          <w:color w:val="000000"/>
          <w:szCs w:val="18"/>
        </w:rPr>
        <w:t>Marcus aspired to study criminal justice and was on his way to becoming a successful young man. Although his life was cut short, his love for life, people, family, and education continues through this scholarship.</w:t>
      </w:r>
    </w:p>
    <w:p w14:paraId="0788A798" w14:textId="77777777" w:rsidR="00DB7D97" w:rsidRDefault="00DB7D97">
      <w:pPr>
        <w:spacing w:line="235" w:lineRule="auto"/>
      </w:pPr>
    </w:p>
    <w:p w14:paraId="4175337A" w14:textId="77777777" w:rsidR="0036365A" w:rsidRDefault="00000000">
      <w:pPr>
        <w:pStyle w:val="Heading1"/>
      </w:pPr>
      <w:r>
        <w:rPr>
          <w:rFonts w:ascii="Arial" w:hAnsi="Arial"/>
        </w:rPr>
        <w:t>APPLICANT ELIGIBILITY</w:t>
      </w:r>
    </w:p>
    <w:p w14:paraId="4844A7BC" w14:textId="36A1F6FE" w:rsidR="0036365A" w:rsidRPr="00DB7D97" w:rsidRDefault="00000000">
      <w:pPr>
        <w:pStyle w:val="ListBullet"/>
        <w:keepLines/>
        <w:rPr>
          <w:sz w:val="18"/>
          <w:szCs w:val="18"/>
        </w:rPr>
      </w:pPr>
      <w:r w:rsidRPr="00DB7D97">
        <w:rPr>
          <w:color w:val="000000"/>
          <w:sz w:val="18"/>
          <w:szCs w:val="18"/>
        </w:rPr>
        <w:t>Be a resident of the City of Roanoke.</w:t>
      </w:r>
    </w:p>
    <w:p w14:paraId="0CE3BE07" w14:textId="5FDC7D0F" w:rsidR="0036365A" w:rsidRPr="00DB7D97" w:rsidRDefault="00000000">
      <w:pPr>
        <w:pStyle w:val="ListBullet"/>
        <w:keepLines/>
        <w:rPr>
          <w:sz w:val="18"/>
          <w:szCs w:val="18"/>
        </w:rPr>
      </w:pPr>
      <w:r w:rsidRPr="00DB7D97">
        <w:rPr>
          <w:color w:val="000000"/>
          <w:sz w:val="18"/>
          <w:szCs w:val="18"/>
        </w:rPr>
        <w:t xml:space="preserve">Attend </w:t>
      </w:r>
      <w:r w:rsidR="005A4184">
        <w:rPr>
          <w:color w:val="000000"/>
          <w:sz w:val="18"/>
          <w:szCs w:val="18"/>
        </w:rPr>
        <w:t>Patrick Henry or William Fleming Roanoke City Public High Schools.</w:t>
      </w:r>
    </w:p>
    <w:p w14:paraId="17FDC725" w14:textId="77777777" w:rsidR="0036365A" w:rsidRPr="00DB7D97" w:rsidRDefault="00000000">
      <w:pPr>
        <w:pStyle w:val="ListBullet"/>
        <w:keepLines/>
        <w:rPr>
          <w:sz w:val="18"/>
          <w:szCs w:val="18"/>
        </w:rPr>
      </w:pPr>
      <w:r w:rsidRPr="00DB7D97">
        <w:rPr>
          <w:color w:val="000000"/>
          <w:sz w:val="18"/>
          <w:szCs w:val="18"/>
        </w:rPr>
        <w:t>Plan to pursue higher education at an accredited two- or four-year college or university.</w:t>
      </w:r>
    </w:p>
    <w:p w14:paraId="7DCD9D8B" w14:textId="77777777" w:rsidR="0036365A" w:rsidRPr="00DB7D97" w:rsidRDefault="00000000">
      <w:pPr>
        <w:pStyle w:val="ListBullet"/>
        <w:keepLines/>
        <w:rPr>
          <w:sz w:val="18"/>
          <w:szCs w:val="18"/>
        </w:rPr>
      </w:pPr>
      <w:r w:rsidRPr="00DB7D97">
        <w:rPr>
          <w:color w:val="000000"/>
          <w:sz w:val="18"/>
          <w:szCs w:val="18"/>
        </w:rPr>
        <w:t>Have a minimum cumulative grade point average (GPA) of 3.0.</w:t>
      </w:r>
    </w:p>
    <w:p w14:paraId="5421EC29" w14:textId="77777777" w:rsidR="0036365A" w:rsidRPr="00DB7D97" w:rsidRDefault="00000000">
      <w:pPr>
        <w:pStyle w:val="ListBullet"/>
        <w:keepLines/>
        <w:rPr>
          <w:sz w:val="18"/>
          <w:szCs w:val="18"/>
        </w:rPr>
      </w:pPr>
      <w:r w:rsidRPr="00DB7D97">
        <w:rPr>
          <w:color w:val="000000"/>
          <w:sz w:val="18"/>
          <w:szCs w:val="18"/>
        </w:rPr>
        <w:t>Demonstrate financial need and academic achievement.</w:t>
      </w:r>
    </w:p>
    <w:p w14:paraId="2080BD90" w14:textId="77777777" w:rsidR="00DB7D97" w:rsidRDefault="00DB7D97" w:rsidP="00DB7D97">
      <w:pPr>
        <w:pStyle w:val="ListBullet"/>
        <w:keepLines/>
        <w:numPr>
          <w:ilvl w:val="0"/>
          <w:numId w:val="0"/>
        </w:numPr>
        <w:ind w:left="346"/>
      </w:pPr>
    </w:p>
    <w:p w14:paraId="346DB4BE" w14:textId="77777777" w:rsidR="0036365A" w:rsidRDefault="00000000">
      <w:pPr>
        <w:pStyle w:val="Heading1"/>
      </w:pPr>
      <w:r>
        <w:rPr>
          <w:rFonts w:ascii="Arial" w:hAnsi="Arial"/>
        </w:rPr>
        <w:t>REQUIRED APPLICATION MATERIALS</w:t>
      </w:r>
    </w:p>
    <w:p w14:paraId="6FBB9A50" w14:textId="74852F15" w:rsidR="0036365A" w:rsidRPr="00DB7D97" w:rsidRDefault="00000000">
      <w:pPr>
        <w:pStyle w:val="ListBullet"/>
        <w:keepLines/>
        <w:rPr>
          <w:sz w:val="18"/>
          <w:szCs w:val="18"/>
        </w:rPr>
      </w:pPr>
      <w:r w:rsidRPr="00DB7D97">
        <w:rPr>
          <w:color w:val="000000"/>
          <w:sz w:val="18"/>
          <w:szCs w:val="18"/>
        </w:rPr>
        <w:t>Completed and signed student application form.</w:t>
      </w:r>
    </w:p>
    <w:p w14:paraId="0B1BDF3C" w14:textId="77777777" w:rsidR="0036365A" w:rsidRPr="00DB7D97" w:rsidRDefault="00000000">
      <w:pPr>
        <w:pStyle w:val="ListBullet"/>
        <w:keepLines/>
        <w:rPr>
          <w:sz w:val="18"/>
          <w:szCs w:val="18"/>
        </w:rPr>
      </w:pPr>
      <w:r w:rsidRPr="00DB7D97">
        <w:rPr>
          <w:color w:val="000000"/>
          <w:sz w:val="18"/>
          <w:szCs w:val="18"/>
        </w:rPr>
        <w:t>Official high school transcript.</w:t>
      </w:r>
    </w:p>
    <w:p w14:paraId="474FB120" w14:textId="6A740897" w:rsidR="0036365A" w:rsidRPr="00DB7D97" w:rsidRDefault="00000000">
      <w:pPr>
        <w:pStyle w:val="ListBullet"/>
        <w:keepLines/>
        <w:rPr>
          <w:sz w:val="18"/>
          <w:szCs w:val="18"/>
        </w:rPr>
      </w:pPr>
      <w:r w:rsidRPr="00DB7D97">
        <w:rPr>
          <w:color w:val="000000"/>
          <w:sz w:val="18"/>
          <w:szCs w:val="18"/>
        </w:rPr>
        <w:t>T</w:t>
      </w:r>
      <w:r w:rsidR="00B7447B" w:rsidRPr="00DB7D97">
        <w:rPr>
          <w:color w:val="000000"/>
          <w:sz w:val="18"/>
          <w:szCs w:val="18"/>
        </w:rPr>
        <w:t>wo</w:t>
      </w:r>
      <w:r w:rsidRPr="00DB7D97">
        <w:rPr>
          <w:color w:val="000000"/>
          <w:sz w:val="18"/>
          <w:szCs w:val="18"/>
        </w:rPr>
        <w:t xml:space="preserve"> (</w:t>
      </w:r>
      <w:r w:rsidR="00B7447B" w:rsidRPr="00DB7D97">
        <w:rPr>
          <w:color w:val="000000"/>
          <w:sz w:val="18"/>
          <w:szCs w:val="18"/>
        </w:rPr>
        <w:t>2</w:t>
      </w:r>
      <w:r w:rsidRPr="00DB7D97">
        <w:rPr>
          <w:color w:val="000000"/>
          <w:sz w:val="18"/>
          <w:szCs w:val="18"/>
        </w:rPr>
        <w:t>) letters of recommendation.</w:t>
      </w:r>
    </w:p>
    <w:p w14:paraId="574AF888" w14:textId="77777777" w:rsidR="0036365A" w:rsidRPr="00DB7D97" w:rsidRDefault="00000000">
      <w:pPr>
        <w:pStyle w:val="ListBullet"/>
        <w:keepLines/>
        <w:rPr>
          <w:sz w:val="18"/>
          <w:szCs w:val="18"/>
        </w:rPr>
      </w:pPr>
      <w:r w:rsidRPr="00DB7D97">
        <w:rPr>
          <w:color w:val="000000"/>
          <w:sz w:val="18"/>
          <w:szCs w:val="18"/>
        </w:rPr>
        <w:t>A typed, 500-word anti-bullying essay responding to the prompts in this application.</w:t>
      </w:r>
    </w:p>
    <w:tbl>
      <w:tblPr>
        <w:tblW w:w="9360" w:type="dxa"/>
        <w:jc w:val="center"/>
        <w:tblLayout w:type="fixed"/>
        <w:tblLook w:val="04A0" w:firstRow="1" w:lastRow="0" w:firstColumn="1" w:lastColumn="0" w:noHBand="0" w:noVBand="1"/>
      </w:tblPr>
      <w:tblGrid>
        <w:gridCol w:w="9360"/>
      </w:tblGrid>
      <w:tr w:rsidR="0036365A" w14:paraId="52BF4873" w14:textId="77777777">
        <w:trPr>
          <w:jc w:val="center"/>
        </w:trPr>
        <w:tc>
          <w:tcPr>
            <w:tcW w:w="9360" w:type="dxa"/>
            <w:shd w:val="clear" w:color="auto" w:fill="EEF2F7"/>
            <w:tcMar>
              <w:top w:w="38" w:type="dxa"/>
              <w:left w:w="70" w:type="dxa"/>
              <w:bottom w:w="38" w:type="dxa"/>
              <w:right w:w="70" w:type="dxa"/>
            </w:tcMar>
            <w:vAlign w:val="center"/>
          </w:tcPr>
          <w:p w14:paraId="722D666D" w14:textId="33684CD7" w:rsidR="0036365A" w:rsidRDefault="00000000">
            <w:pPr>
              <w:spacing w:after="0"/>
            </w:pPr>
            <w:r>
              <w:rPr>
                <w:i/>
                <w:color w:val="172E67"/>
                <w:sz w:val="16"/>
              </w:rPr>
              <w:t>Applications must be complete and postmarked no later than March 1</w:t>
            </w:r>
            <w:r w:rsidR="00B7447B">
              <w:rPr>
                <w:i/>
                <w:color w:val="172E67"/>
                <w:sz w:val="16"/>
              </w:rPr>
              <w:t>2</w:t>
            </w:r>
            <w:r>
              <w:rPr>
                <w:i/>
                <w:color w:val="172E67"/>
                <w:sz w:val="16"/>
              </w:rPr>
              <w:t>, 202</w:t>
            </w:r>
            <w:r w:rsidR="00B7447B">
              <w:rPr>
                <w:i/>
                <w:color w:val="172E67"/>
                <w:sz w:val="16"/>
              </w:rPr>
              <w:t>7</w:t>
            </w:r>
            <w:r>
              <w:rPr>
                <w:i/>
                <w:color w:val="172E67"/>
                <w:sz w:val="16"/>
              </w:rPr>
              <w:t>. No exceptions will be made.</w:t>
            </w:r>
          </w:p>
        </w:tc>
      </w:tr>
      <w:tr w:rsidR="00DB7D97" w14:paraId="6AF3286D" w14:textId="77777777">
        <w:trPr>
          <w:jc w:val="center"/>
        </w:trPr>
        <w:tc>
          <w:tcPr>
            <w:tcW w:w="9360" w:type="dxa"/>
            <w:shd w:val="clear" w:color="auto" w:fill="EEF2F7"/>
            <w:tcMar>
              <w:top w:w="38" w:type="dxa"/>
              <w:left w:w="70" w:type="dxa"/>
              <w:bottom w:w="38" w:type="dxa"/>
              <w:right w:w="70" w:type="dxa"/>
            </w:tcMar>
            <w:vAlign w:val="center"/>
          </w:tcPr>
          <w:p w14:paraId="256691C6" w14:textId="77777777" w:rsidR="00DB7D97" w:rsidRDefault="00DB7D97">
            <w:pPr>
              <w:spacing w:after="0"/>
              <w:rPr>
                <w:i/>
                <w:color w:val="172E67"/>
                <w:sz w:val="16"/>
              </w:rPr>
            </w:pPr>
          </w:p>
        </w:tc>
      </w:tr>
    </w:tbl>
    <w:p w14:paraId="575C077B" w14:textId="77777777" w:rsidR="0036365A" w:rsidRDefault="00000000">
      <w:pPr>
        <w:pStyle w:val="Heading1"/>
      </w:pPr>
      <w:r>
        <w:rPr>
          <w:rFonts w:ascii="Arial" w:hAnsi="Arial"/>
        </w:rPr>
        <w:t>SUBMISSION INSTRUCTIONS</w:t>
      </w:r>
    </w:p>
    <w:p w14:paraId="0097D061" w14:textId="24C3B65F" w:rsidR="0036365A" w:rsidRPr="00DB7D97" w:rsidRDefault="00000000">
      <w:pPr>
        <w:spacing w:after="0"/>
        <w:rPr>
          <w:szCs w:val="18"/>
        </w:rPr>
      </w:pPr>
      <w:r w:rsidRPr="00DB7D97">
        <w:rPr>
          <w:b/>
          <w:color w:val="000000"/>
          <w:szCs w:val="18"/>
        </w:rPr>
        <w:t>Mail the complete application packet to:</w:t>
      </w:r>
    </w:p>
    <w:p w14:paraId="5B21D2C8" w14:textId="77777777" w:rsidR="0036365A" w:rsidRPr="00DB7D97" w:rsidRDefault="00000000">
      <w:pPr>
        <w:spacing w:after="0" w:line="204" w:lineRule="auto"/>
        <w:ind w:left="317"/>
        <w:rPr>
          <w:b/>
          <w:color w:val="1F3870"/>
          <w:szCs w:val="18"/>
        </w:rPr>
      </w:pPr>
      <w:r w:rsidRPr="00DB7D97">
        <w:rPr>
          <w:b/>
          <w:color w:val="1F3870"/>
          <w:szCs w:val="18"/>
        </w:rPr>
        <w:t>Marcus M. Wilson Scholarship Fund</w:t>
      </w:r>
      <w:r w:rsidRPr="00DB7D97">
        <w:rPr>
          <w:b/>
          <w:color w:val="1F3870"/>
          <w:szCs w:val="18"/>
        </w:rPr>
        <w:br/>
        <w:t>Post Office Box 12393</w:t>
      </w:r>
      <w:r w:rsidRPr="00DB7D97">
        <w:rPr>
          <w:b/>
          <w:color w:val="1F3870"/>
          <w:szCs w:val="18"/>
        </w:rPr>
        <w:br/>
        <w:t>Roanoke, Virginia 24025</w:t>
      </w:r>
    </w:p>
    <w:p w14:paraId="2348C5A4" w14:textId="77777777" w:rsidR="00DB7D97" w:rsidRDefault="00DB7D97">
      <w:pPr>
        <w:spacing w:after="0" w:line="204" w:lineRule="auto"/>
        <w:ind w:left="317"/>
      </w:pPr>
    </w:p>
    <w:p w14:paraId="3BA37F43" w14:textId="77777777" w:rsidR="0036365A" w:rsidRDefault="00000000">
      <w:pPr>
        <w:pStyle w:val="Heading1"/>
      </w:pPr>
      <w:r>
        <w:rPr>
          <w:rFonts w:ascii="Arial" w:hAnsi="Arial"/>
        </w:rPr>
        <w:t>SELECTION AND AWARD PROCESS</w:t>
      </w:r>
    </w:p>
    <w:p w14:paraId="0A55F8DF" w14:textId="7DC9DF3F" w:rsidR="0036365A" w:rsidRPr="00DB7D97" w:rsidRDefault="00000000">
      <w:pPr>
        <w:pStyle w:val="ListBullet"/>
        <w:keepLines/>
        <w:rPr>
          <w:sz w:val="18"/>
          <w:szCs w:val="18"/>
        </w:rPr>
      </w:pPr>
      <w:r w:rsidRPr="00DB7D97">
        <w:rPr>
          <w:color w:val="000000"/>
          <w:sz w:val="18"/>
          <w:szCs w:val="18"/>
        </w:rPr>
        <w:t>Guidance departments receive scholarship information to distribute to eligible students.</w:t>
      </w:r>
    </w:p>
    <w:p w14:paraId="1F393A16" w14:textId="77777777" w:rsidR="0036365A" w:rsidRPr="00DB7D97" w:rsidRDefault="00000000">
      <w:pPr>
        <w:pStyle w:val="ListBullet"/>
        <w:keepLines/>
        <w:rPr>
          <w:sz w:val="18"/>
          <w:szCs w:val="18"/>
        </w:rPr>
      </w:pPr>
      <w:r w:rsidRPr="00DB7D97">
        <w:rPr>
          <w:color w:val="000000"/>
          <w:sz w:val="18"/>
          <w:szCs w:val="18"/>
        </w:rPr>
        <w:t>Selected applicants will be notified in May and must accept or decline the award within seven (7) calendar days. Failure to respond by the deadline will result in withdrawal of the offer.</w:t>
      </w:r>
    </w:p>
    <w:p w14:paraId="717624DF" w14:textId="77777777" w:rsidR="0036365A" w:rsidRPr="00DB7D97" w:rsidRDefault="00000000">
      <w:pPr>
        <w:pStyle w:val="ListBullet"/>
        <w:keepLines/>
        <w:rPr>
          <w:sz w:val="18"/>
          <w:szCs w:val="18"/>
        </w:rPr>
      </w:pPr>
      <w:r w:rsidRPr="00DB7D97">
        <w:rPr>
          <w:color w:val="000000"/>
          <w:sz w:val="18"/>
          <w:szCs w:val="18"/>
        </w:rPr>
        <w:t>A copy of the applicant’s college acceptance letter must be submitted before scholarship funds are released.</w:t>
      </w:r>
    </w:p>
    <w:p w14:paraId="5C7178C5" w14:textId="39DCC831" w:rsidR="0036365A" w:rsidRPr="00DB7D97" w:rsidRDefault="00000000">
      <w:pPr>
        <w:pStyle w:val="ListBullet"/>
        <w:keepLines/>
        <w:rPr>
          <w:sz w:val="18"/>
          <w:szCs w:val="18"/>
        </w:rPr>
      </w:pPr>
      <w:r w:rsidRPr="00DB7D97">
        <w:rPr>
          <w:color w:val="000000"/>
          <w:sz w:val="18"/>
          <w:szCs w:val="18"/>
        </w:rPr>
        <w:t>Scholarship funds will be issued in full ($500) on August 31, 202</w:t>
      </w:r>
      <w:r w:rsidR="00B7447B" w:rsidRPr="00DB7D97">
        <w:rPr>
          <w:color w:val="000000"/>
          <w:sz w:val="18"/>
          <w:szCs w:val="18"/>
        </w:rPr>
        <w:t>7</w:t>
      </w:r>
      <w:r w:rsidRPr="00DB7D97">
        <w:rPr>
          <w:color w:val="000000"/>
          <w:sz w:val="18"/>
          <w:szCs w:val="18"/>
        </w:rPr>
        <w:t>, and sent directly to the student at the address provided on the application.</w:t>
      </w:r>
    </w:p>
    <w:p w14:paraId="6AB9EB9B" w14:textId="77777777" w:rsidR="00DB7D97" w:rsidRPr="00DB7D97" w:rsidRDefault="00DB7D97" w:rsidP="00DB7D97">
      <w:pPr>
        <w:pStyle w:val="ListBullet"/>
        <w:keepLines/>
        <w:numPr>
          <w:ilvl w:val="0"/>
          <w:numId w:val="0"/>
        </w:numPr>
        <w:ind w:left="346"/>
        <w:rPr>
          <w:sz w:val="18"/>
          <w:szCs w:val="18"/>
        </w:rPr>
      </w:pPr>
    </w:p>
    <w:p w14:paraId="0832FDDA" w14:textId="77777777" w:rsidR="0036365A" w:rsidRDefault="00000000">
      <w:pPr>
        <w:pStyle w:val="Heading1"/>
      </w:pPr>
      <w:r>
        <w:rPr>
          <w:rFonts w:ascii="Arial" w:hAnsi="Arial"/>
        </w:rPr>
        <w:t>APPLICATION TIMELINE</w:t>
      </w:r>
    </w:p>
    <w:tbl>
      <w:tblPr>
        <w:tblStyle w:val="TableGrid"/>
        <w:tblW w:w="9360" w:type="dxa"/>
        <w:jc w:val="center"/>
        <w:tblLayout w:type="fixed"/>
        <w:tblLook w:val="04A0" w:firstRow="1" w:lastRow="0" w:firstColumn="1" w:lastColumn="0" w:noHBand="0" w:noVBand="1"/>
      </w:tblPr>
      <w:tblGrid>
        <w:gridCol w:w="2952"/>
        <w:gridCol w:w="6408"/>
      </w:tblGrid>
      <w:tr w:rsidR="0036365A" w:rsidRPr="00DB7D97" w14:paraId="36D04212" w14:textId="77777777" w:rsidTr="00DB7D97">
        <w:trPr>
          <w:jc w:val="center"/>
        </w:trPr>
        <w:tc>
          <w:tcPr>
            <w:tcW w:w="2952" w:type="dxa"/>
            <w:shd w:val="clear" w:color="auto" w:fill="F8F9FB"/>
            <w:tcMar>
              <w:top w:w="36" w:type="dxa"/>
              <w:left w:w="65" w:type="dxa"/>
              <w:bottom w:w="36" w:type="dxa"/>
              <w:right w:w="65" w:type="dxa"/>
            </w:tcMar>
            <w:vAlign w:val="center"/>
          </w:tcPr>
          <w:p w14:paraId="27415755" w14:textId="77777777" w:rsidR="0036365A" w:rsidRPr="00DB7D97" w:rsidRDefault="00000000">
            <w:pPr>
              <w:spacing w:after="0"/>
              <w:rPr>
                <w:szCs w:val="18"/>
              </w:rPr>
            </w:pPr>
            <w:r w:rsidRPr="00DB7D97">
              <w:rPr>
                <w:b/>
                <w:color w:val="1F3870"/>
                <w:szCs w:val="18"/>
              </w:rPr>
              <w:t>Applications available</w:t>
            </w:r>
          </w:p>
        </w:tc>
        <w:tc>
          <w:tcPr>
            <w:tcW w:w="6408" w:type="dxa"/>
            <w:shd w:val="clear" w:color="auto" w:fill="F8F9FB"/>
            <w:tcMar>
              <w:top w:w="36" w:type="dxa"/>
              <w:left w:w="65" w:type="dxa"/>
              <w:bottom w:w="36" w:type="dxa"/>
              <w:right w:w="65" w:type="dxa"/>
            </w:tcMar>
            <w:vAlign w:val="center"/>
          </w:tcPr>
          <w:p w14:paraId="10C02821" w14:textId="183DA92F" w:rsidR="0036365A" w:rsidRPr="00DB7D97" w:rsidRDefault="00000000">
            <w:pPr>
              <w:spacing w:after="0"/>
              <w:rPr>
                <w:szCs w:val="18"/>
              </w:rPr>
            </w:pPr>
            <w:r w:rsidRPr="00DB7D97">
              <w:rPr>
                <w:color w:val="1F1F1F"/>
                <w:szCs w:val="18"/>
              </w:rPr>
              <w:t>Beginning August 202</w:t>
            </w:r>
            <w:r w:rsidR="00B7447B" w:rsidRPr="00DB7D97">
              <w:rPr>
                <w:color w:val="1F1F1F"/>
                <w:szCs w:val="18"/>
              </w:rPr>
              <w:t>6</w:t>
            </w:r>
            <w:r w:rsidRPr="00DB7D97">
              <w:rPr>
                <w:color w:val="1F1F1F"/>
                <w:szCs w:val="18"/>
              </w:rPr>
              <w:t xml:space="preserve"> in high school guidance offices</w:t>
            </w:r>
          </w:p>
        </w:tc>
      </w:tr>
      <w:tr w:rsidR="0036365A" w:rsidRPr="00DB7D97" w14:paraId="23D23EB0" w14:textId="77777777" w:rsidTr="00DB7D97">
        <w:trPr>
          <w:trHeight w:val="274"/>
          <w:jc w:val="center"/>
        </w:trPr>
        <w:tc>
          <w:tcPr>
            <w:tcW w:w="2952" w:type="dxa"/>
            <w:tcMar>
              <w:top w:w="36" w:type="dxa"/>
              <w:left w:w="65" w:type="dxa"/>
              <w:bottom w:w="36" w:type="dxa"/>
              <w:right w:w="65" w:type="dxa"/>
            </w:tcMar>
            <w:vAlign w:val="center"/>
          </w:tcPr>
          <w:p w14:paraId="6E837C56" w14:textId="77777777" w:rsidR="0036365A" w:rsidRPr="00DB7D97" w:rsidRDefault="00000000">
            <w:pPr>
              <w:spacing w:after="0"/>
              <w:rPr>
                <w:szCs w:val="18"/>
              </w:rPr>
            </w:pPr>
            <w:r w:rsidRPr="00DB7D97">
              <w:rPr>
                <w:b/>
                <w:color w:val="172E67"/>
                <w:szCs w:val="18"/>
              </w:rPr>
              <w:t>Postmark deadline</w:t>
            </w:r>
          </w:p>
        </w:tc>
        <w:tc>
          <w:tcPr>
            <w:tcW w:w="6408" w:type="dxa"/>
            <w:tcMar>
              <w:top w:w="36" w:type="dxa"/>
              <w:left w:w="65" w:type="dxa"/>
              <w:bottom w:w="36" w:type="dxa"/>
              <w:right w:w="65" w:type="dxa"/>
            </w:tcMar>
            <w:vAlign w:val="center"/>
          </w:tcPr>
          <w:p w14:paraId="4545DA3D" w14:textId="6AC4617B" w:rsidR="0036365A" w:rsidRPr="00DB7D97" w:rsidRDefault="00000000">
            <w:pPr>
              <w:spacing w:after="0"/>
              <w:rPr>
                <w:szCs w:val="18"/>
              </w:rPr>
            </w:pPr>
            <w:r w:rsidRPr="00DB7D97">
              <w:rPr>
                <w:color w:val="000000"/>
                <w:szCs w:val="18"/>
              </w:rPr>
              <w:t>March 1</w:t>
            </w:r>
            <w:r w:rsidR="00B7447B" w:rsidRPr="00DB7D97">
              <w:rPr>
                <w:color w:val="000000"/>
                <w:szCs w:val="18"/>
              </w:rPr>
              <w:t>2</w:t>
            </w:r>
            <w:r w:rsidRPr="00DB7D97">
              <w:rPr>
                <w:color w:val="000000"/>
                <w:szCs w:val="18"/>
              </w:rPr>
              <w:t>, 202</w:t>
            </w:r>
            <w:r w:rsidR="00B7447B" w:rsidRPr="00DB7D97">
              <w:rPr>
                <w:color w:val="000000"/>
                <w:szCs w:val="18"/>
              </w:rPr>
              <w:t>7</w:t>
            </w:r>
            <w:r w:rsidRPr="00DB7D97">
              <w:rPr>
                <w:color w:val="000000"/>
                <w:szCs w:val="18"/>
              </w:rPr>
              <w:t xml:space="preserve"> — NO EXCEPTIONS</w:t>
            </w:r>
          </w:p>
        </w:tc>
      </w:tr>
      <w:tr w:rsidR="0036365A" w:rsidRPr="00DB7D97" w14:paraId="55359357" w14:textId="77777777" w:rsidTr="00DB7D97">
        <w:trPr>
          <w:trHeight w:val="274"/>
          <w:jc w:val="center"/>
        </w:trPr>
        <w:tc>
          <w:tcPr>
            <w:tcW w:w="2952" w:type="dxa"/>
            <w:shd w:val="clear" w:color="auto" w:fill="F8F9FB"/>
            <w:tcMar>
              <w:top w:w="36" w:type="dxa"/>
              <w:left w:w="65" w:type="dxa"/>
              <w:bottom w:w="36" w:type="dxa"/>
              <w:right w:w="65" w:type="dxa"/>
            </w:tcMar>
            <w:vAlign w:val="center"/>
          </w:tcPr>
          <w:p w14:paraId="53BBA853" w14:textId="77777777" w:rsidR="0036365A" w:rsidRPr="00DB7D97" w:rsidRDefault="00000000">
            <w:pPr>
              <w:spacing w:after="0"/>
              <w:rPr>
                <w:szCs w:val="18"/>
              </w:rPr>
            </w:pPr>
            <w:r w:rsidRPr="00DB7D97">
              <w:rPr>
                <w:b/>
                <w:color w:val="172E67"/>
                <w:szCs w:val="18"/>
              </w:rPr>
              <w:t>Applicant notification</w:t>
            </w:r>
          </w:p>
        </w:tc>
        <w:tc>
          <w:tcPr>
            <w:tcW w:w="6408" w:type="dxa"/>
            <w:shd w:val="clear" w:color="auto" w:fill="F8F9FB"/>
            <w:tcMar>
              <w:top w:w="36" w:type="dxa"/>
              <w:left w:w="65" w:type="dxa"/>
              <w:bottom w:w="36" w:type="dxa"/>
              <w:right w:w="65" w:type="dxa"/>
            </w:tcMar>
            <w:vAlign w:val="center"/>
          </w:tcPr>
          <w:p w14:paraId="61354F71" w14:textId="4C98CDC8" w:rsidR="0036365A" w:rsidRPr="00DB7D97" w:rsidRDefault="00000000">
            <w:pPr>
              <w:spacing w:after="0"/>
              <w:rPr>
                <w:szCs w:val="18"/>
              </w:rPr>
            </w:pPr>
            <w:r w:rsidRPr="00DB7D97">
              <w:rPr>
                <w:color w:val="000000"/>
                <w:szCs w:val="18"/>
              </w:rPr>
              <w:t>May 202</w:t>
            </w:r>
            <w:r w:rsidR="00B7447B" w:rsidRPr="00DB7D97">
              <w:rPr>
                <w:color w:val="000000"/>
                <w:szCs w:val="18"/>
              </w:rPr>
              <w:t>7</w:t>
            </w:r>
          </w:p>
        </w:tc>
      </w:tr>
      <w:tr w:rsidR="0036365A" w:rsidRPr="00DB7D97" w14:paraId="1E3CD686" w14:textId="77777777" w:rsidTr="00DB7D97">
        <w:trPr>
          <w:trHeight w:val="274"/>
          <w:jc w:val="center"/>
        </w:trPr>
        <w:tc>
          <w:tcPr>
            <w:tcW w:w="2952" w:type="dxa"/>
            <w:tcMar>
              <w:top w:w="36" w:type="dxa"/>
              <w:left w:w="65" w:type="dxa"/>
              <w:bottom w:w="36" w:type="dxa"/>
              <w:right w:w="65" w:type="dxa"/>
            </w:tcMar>
            <w:vAlign w:val="center"/>
          </w:tcPr>
          <w:p w14:paraId="03626306" w14:textId="77777777" w:rsidR="0036365A" w:rsidRPr="00DB7D97" w:rsidRDefault="00000000">
            <w:pPr>
              <w:spacing w:after="0"/>
              <w:rPr>
                <w:szCs w:val="18"/>
              </w:rPr>
            </w:pPr>
            <w:r w:rsidRPr="00DB7D97">
              <w:rPr>
                <w:b/>
                <w:color w:val="172E67"/>
                <w:szCs w:val="18"/>
              </w:rPr>
              <w:t>Scholarship payment</w:t>
            </w:r>
          </w:p>
        </w:tc>
        <w:tc>
          <w:tcPr>
            <w:tcW w:w="6408" w:type="dxa"/>
            <w:tcMar>
              <w:top w:w="36" w:type="dxa"/>
              <w:left w:w="65" w:type="dxa"/>
              <w:bottom w:w="36" w:type="dxa"/>
              <w:right w:w="65" w:type="dxa"/>
            </w:tcMar>
            <w:vAlign w:val="center"/>
          </w:tcPr>
          <w:p w14:paraId="707D9EAA" w14:textId="3E81D266" w:rsidR="0036365A" w:rsidRPr="00DB7D97" w:rsidRDefault="00000000">
            <w:pPr>
              <w:spacing w:after="0"/>
              <w:rPr>
                <w:szCs w:val="18"/>
              </w:rPr>
            </w:pPr>
            <w:r w:rsidRPr="00DB7D97">
              <w:rPr>
                <w:color w:val="000000"/>
                <w:szCs w:val="18"/>
              </w:rPr>
              <w:t>August 31, 202</w:t>
            </w:r>
            <w:r w:rsidR="00B7447B" w:rsidRPr="00DB7D97">
              <w:rPr>
                <w:color w:val="000000"/>
                <w:szCs w:val="18"/>
              </w:rPr>
              <w:t>7</w:t>
            </w:r>
          </w:p>
        </w:tc>
      </w:tr>
    </w:tbl>
    <w:p w14:paraId="1EFE8269" w14:textId="77777777" w:rsidR="0036365A" w:rsidRDefault="00000000">
      <w:pPr>
        <w:pStyle w:val="Heading1"/>
      </w:pPr>
      <w:r>
        <w:rPr>
          <w:rFonts w:ascii="Arial" w:hAnsi="Arial"/>
        </w:rPr>
        <w:t>APPLICATION CHECKLIST</w:t>
      </w:r>
    </w:p>
    <w:p w14:paraId="24DDC4AC" w14:textId="40D1ACE3" w:rsidR="0036365A" w:rsidRPr="00DB7D97" w:rsidRDefault="00000000">
      <w:pPr>
        <w:spacing w:after="0" w:line="221" w:lineRule="auto"/>
        <w:ind w:left="144"/>
        <w:rPr>
          <w:szCs w:val="18"/>
        </w:rPr>
      </w:pPr>
      <w:r w:rsidRPr="00DB7D97">
        <w:rPr>
          <w:color w:val="000000"/>
          <w:szCs w:val="18"/>
        </w:rPr>
        <w:t>☐ Completed and signed application form</w:t>
      </w:r>
    </w:p>
    <w:p w14:paraId="6ACEBBBF" w14:textId="77777777" w:rsidR="0036365A" w:rsidRPr="00DB7D97" w:rsidRDefault="00000000">
      <w:pPr>
        <w:spacing w:after="0" w:line="221" w:lineRule="auto"/>
        <w:ind w:left="144"/>
        <w:rPr>
          <w:szCs w:val="18"/>
        </w:rPr>
      </w:pPr>
      <w:r w:rsidRPr="00DB7D97">
        <w:rPr>
          <w:color w:val="000000"/>
          <w:szCs w:val="18"/>
        </w:rPr>
        <w:t>☐ Official high school transcript</w:t>
      </w:r>
    </w:p>
    <w:p w14:paraId="1805703F" w14:textId="57FAD2E2" w:rsidR="0036365A" w:rsidRPr="00DB7D97" w:rsidRDefault="00000000">
      <w:pPr>
        <w:spacing w:after="0" w:line="221" w:lineRule="auto"/>
        <w:ind w:left="144"/>
        <w:rPr>
          <w:szCs w:val="18"/>
        </w:rPr>
      </w:pPr>
      <w:r w:rsidRPr="00DB7D97">
        <w:rPr>
          <w:color w:val="000000"/>
          <w:szCs w:val="18"/>
        </w:rPr>
        <w:t>☐ T</w:t>
      </w:r>
      <w:r w:rsidR="00B7447B" w:rsidRPr="00DB7D97">
        <w:rPr>
          <w:color w:val="000000"/>
          <w:szCs w:val="18"/>
        </w:rPr>
        <w:t>wo</w:t>
      </w:r>
      <w:r w:rsidRPr="00DB7D97">
        <w:rPr>
          <w:color w:val="000000"/>
          <w:szCs w:val="18"/>
        </w:rPr>
        <w:t xml:space="preserve"> (</w:t>
      </w:r>
      <w:r w:rsidR="00B7447B" w:rsidRPr="00DB7D97">
        <w:rPr>
          <w:color w:val="000000"/>
          <w:szCs w:val="18"/>
        </w:rPr>
        <w:t>2</w:t>
      </w:r>
      <w:r w:rsidRPr="00DB7D97">
        <w:rPr>
          <w:color w:val="000000"/>
          <w:szCs w:val="18"/>
        </w:rPr>
        <w:t>) letters of recommendation</w:t>
      </w:r>
    </w:p>
    <w:p w14:paraId="23AFDD0E" w14:textId="77777777" w:rsidR="0036365A" w:rsidRPr="00DB7D97" w:rsidRDefault="00000000">
      <w:pPr>
        <w:spacing w:after="0" w:line="221" w:lineRule="auto"/>
        <w:ind w:left="144"/>
        <w:rPr>
          <w:szCs w:val="18"/>
        </w:rPr>
      </w:pPr>
      <w:r w:rsidRPr="00DB7D97">
        <w:rPr>
          <w:color w:val="000000"/>
          <w:szCs w:val="18"/>
        </w:rPr>
        <w:t>☐ Typed, 500-word anti-bullying essay</w:t>
      </w:r>
    </w:p>
    <w:p w14:paraId="2CC03675" w14:textId="77777777" w:rsidR="0036365A" w:rsidRPr="00DB7D97" w:rsidRDefault="00000000">
      <w:pPr>
        <w:spacing w:after="0" w:line="221" w:lineRule="auto"/>
        <w:ind w:left="144"/>
        <w:rPr>
          <w:color w:val="000000"/>
          <w:szCs w:val="18"/>
        </w:rPr>
      </w:pPr>
      <w:r w:rsidRPr="00DB7D97">
        <w:rPr>
          <w:color w:val="000000"/>
          <w:szCs w:val="18"/>
        </w:rPr>
        <w:t>☐ Copy of college acceptance letter (required before funds are released)</w:t>
      </w:r>
    </w:p>
    <w:p w14:paraId="23DFB201" w14:textId="77777777" w:rsidR="00DB7D97" w:rsidRDefault="00DB7D97">
      <w:pPr>
        <w:spacing w:after="0" w:line="221" w:lineRule="auto"/>
        <w:ind w:left="144"/>
      </w:pPr>
    </w:p>
    <w:p w14:paraId="64F5EE35" w14:textId="77777777" w:rsidR="0036365A" w:rsidRDefault="00000000">
      <w:pPr>
        <w:pStyle w:val="Heading1"/>
      </w:pPr>
      <w:r>
        <w:rPr>
          <w:rFonts w:ascii="Arial" w:hAnsi="Arial"/>
        </w:rPr>
        <w:t>CONTACT INFORMATION</w:t>
      </w:r>
    </w:p>
    <w:p w14:paraId="49C060F0" w14:textId="2FF7B1F8" w:rsidR="0036365A" w:rsidRPr="00DB7D97" w:rsidRDefault="00000000">
      <w:pPr>
        <w:spacing w:after="20"/>
        <w:rPr>
          <w:szCs w:val="18"/>
        </w:rPr>
      </w:pPr>
      <w:r w:rsidRPr="00DB7D97">
        <w:rPr>
          <w:color w:val="000000"/>
          <w:szCs w:val="18"/>
        </w:rPr>
        <w:t>Questions? Contact the Marcus M. Wilson Scholarship Fund at 540-815-4584 or mmwsf10@gmail.com.</w:t>
      </w:r>
    </w:p>
    <w:tbl>
      <w:tblPr>
        <w:tblW w:w="9360" w:type="dxa"/>
        <w:jc w:val="center"/>
        <w:tblLayout w:type="fixed"/>
        <w:tblLook w:val="04A0" w:firstRow="1" w:lastRow="0" w:firstColumn="1" w:lastColumn="0" w:noHBand="0" w:noVBand="1"/>
      </w:tblPr>
      <w:tblGrid>
        <w:gridCol w:w="9360"/>
      </w:tblGrid>
      <w:tr w:rsidR="0036365A" w14:paraId="49A42C40" w14:textId="77777777">
        <w:trPr>
          <w:jc w:val="center"/>
        </w:trPr>
        <w:tc>
          <w:tcPr>
            <w:tcW w:w="9360" w:type="dxa"/>
            <w:shd w:val="clear" w:color="auto" w:fill="EEF2F7"/>
            <w:tcMar>
              <w:top w:w="38" w:type="dxa"/>
              <w:left w:w="70" w:type="dxa"/>
              <w:bottom w:w="38" w:type="dxa"/>
              <w:right w:w="70" w:type="dxa"/>
            </w:tcMar>
            <w:vAlign w:val="center"/>
          </w:tcPr>
          <w:p w14:paraId="7453B06D" w14:textId="77777777" w:rsidR="0036365A" w:rsidRPr="00DB7D97" w:rsidRDefault="00000000">
            <w:pPr>
              <w:spacing w:after="0"/>
              <w:rPr>
                <w:szCs w:val="18"/>
              </w:rPr>
            </w:pPr>
            <w:r w:rsidRPr="00DB7D97">
              <w:rPr>
                <w:i/>
                <w:color w:val="172E67"/>
                <w:szCs w:val="18"/>
              </w:rPr>
              <w:t>Keep a copy of the completed application packet for your records. The scholarship fund is not responsible for incomplete or late submissions.</w:t>
            </w:r>
          </w:p>
        </w:tc>
      </w:tr>
    </w:tbl>
    <w:p w14:paraId="38C7BF3E" w14:textId="77777777" w:rsidR="0036365A" w:rsidRDefault="00000000">
      <w:pPr>
        <w:keepNext/>
        <w:pageBreakBefore/>
        <w:spacing w:after="20"/>
        <w:jc w:val="center"/>
      </w:pPr>
      <w:r>
        <w:rPr>
          <w:b/>
          <w:color w:val="1F3870"/>
          <w:sz w:val="32"/>
        </w:rPr>
        <w:t>MARCUS M. WILSON SCHOLARSHIP</w:t>
      </w:r>
    </w:p>
    <w:p w14:paraId="620085A3" w14:textId="77777777" w:rsidR="0036365A" w:rsidRDefault="00000000">
      <w:pPr>
        <w:keepNext/>
        <w:spacing w:after="100"/>
        <w:jc w:val="center"/>
        <w:rPr>
          <w:b/>
          <w:color w:val="AE252D"/>
          <w:sz w:val="21"/>
        </w:rPr>
      </w:pPr>
      <w:r>
        <w:rPr>
          <w:b/>
          <w:color w:val="AE252D"/>
          <w:sz w:val="21"/>
        </w:rPr>
        <w:t>Student Application Form</w:t>
      </w:r>
    </w:p>
    <w:p w14:paraId="7B98BC15" w14:textId="77777777" w:rsidR="004A5003" w:rsidRDefault="004A5003">
      <w:pPr>
        <w:keepNext/>
        <w:spacing w:after="100"/>
        <w:jc w:val="center"/>
      </w:pPr>
    </w:p>
    <w:tbl>
      <w:tblPr>
        <w:tblW w:w="9360" w:type="dxa"/>
        <w:jc w:val="center"/>
        <w:tblLayout w:type="fixed"/>
        <w:tblLook w:val="04A0" w:firstRow="1" w:lastRow="0" w:firstColumn="1" w:lastColumn="0" w:noHBand="0" w:noVBand="1"/>
      </w:tblPr>
      <w:tblGrid>
        <w:gridCol w:w="9360"/>
      </w:tblGrid>
      <w:tr w:rsidR="0036365A" w14:paraId="133DFA69" w14:textId="77777777">
        <w:trPr>
          <w:jc w:val="center"/>
        </w:trPr>
        <w:tc>
          <w:tcPr>
            <w:tcW w:w="9360" w:type="dxa"/>
            <w:shd w:val="clear" w:color="auto" w:fill="EEF2F7"/>
            <w:tcMar>
              <w:top w:w="38" w:type="dxa"/>
              <w:left w:w="70" w:type="dxa"/>
              <w:bottom w:w="38" w:type="dxa"/>
              <w:right w:w="70" w:type="dxa"/>
            </w:tcMar>
            <w:vAlign w:val="center"/>
          </w:tcPr>
          <w:p w14:paraId="4913AF6E" w14:textId="7B97A816" w:rsidR="0036365A" w:rsidRPr="00DB7D97" w:rsidRDefault="00000000">
            <w:pPr>
              <w:spacing w:after="0"/>
              <w:rPr>
                <w:szCs w:val="18"/>
              </w:rPr>
            </w:pPr>
            <w:r w:rsidRPr="00DB7D97">
              <w:rPr>
                <w:i/>
                <w:color w:val="172E67"/>
                <w:szCs w:val="18"/>
              </w:rPr>
              <w:t>To be completed by the student. Please type or print clearly in blue or black ink. Postmark deadline: March 1</w:t>
            </w:r>
            <w:r w:rsidR="00B7447B" w:rsidRPr="00DB7D97">
              <w:rPr>
                <w:i/>
                <w:color w:val="172E67"/>
                <w:szCs w:val="18"/>
              </w:rPr>
              <w:t>2</w:t>
            </w:r>
            <w:r w:rsidRPr="00DB7D97">
              <w:rPr>
                <w:i/>
                <w:color w:val="172E67"/>
                <w:szCs w:val="18"/>
              </w:rPr>
              <w:t>, 202</w:t>
            </w:r>
            <w:r w:rsidR="00B7447B" w:rsidRPr="00DB7D97">
              <w:rPr>
                <w:i/>
                <w:color w:val="172E67"/>
                <w:szCs w:val="18"/>
              </w:rPr>
              <w:t>7</w:t>
            </w:r>
            <w:r w:rsidRPr="00DB7D97">
              <w:rPr>
                <w:i/>
                <w:color w:val="172E67"/>
                <w:szCs w:val="18"/>
              </w:rPr>
              <w:t>.</w:t>
            </w:r>
          </w:p>
        </w:tc>
      </w:tr>
      <w:tr w:rsidR="00DB7D97" w14:paraId="486A0813" w14:textId="77777777">
        <w:trPr>
          <w:jc w:val="center"/>
        </w:trPr>
        <w:tc>
          <w:tcPr>
            <w:tcW w:w="9360" w:type="dxa"/>
            <w:shd w:val="clear" w:color="auto" w:fill="EEF2F7"/>
            <w:tcMar>
              <w:top w:w="38" w:type="dxa"/>
              <w:left w:w="70" w:type="dxa"/>
              <w:bottom w:w="38" w:type="dxa"/>
              <w:right w:w="70" w:type="dxa"/>
            </w:tcMar>
            <w:vAlign w:val="center"/>
          </w:tcPr>
          <w:p w14:paraId="7B6763BB" w14:textId="77777777" w:rsidR="00DB7D97" w:rsidRDefault="00DB7D97">
            <w:pPr>
              <w:spacing w:after="0"/>
              <w:rPr>
                <w:i/>
                <w:color w:val="172E67"/>
                <w:sz w:val="16"/>
              </w:rPr>
            </w:pPr>
          </w:p>
        </w:tc>
      </w:tr>
    </w:tbl>
    <w:p w14:paraId="12E5E324" w14:textId="77777777" w:rsidR="0036365A" w:rsidRDefault="00000000">
      <w:pPr>
        <w:pStyle w:val="Heading1"/>
      </w:pPr>
      <w:r>
        <w:rPr>
          <w:rFonts w:ascii="Arial" w:hAnsi="Arial"/>
        </w:rPr>
        <w:t>APPLICANT INFORMATION</w:t>
      </w:r>
    </w:p>
    <w:p w14:paraId="18478F42" w14:textId="7ED20C4F" w:rsidR="0036365A" w:rsidRDefault="00000000">
      <w:pPr>
        <w:pStyle w:val="FormField"/>
      </w:pPr>
      <w:r>
        <w:rPr>
          <w:b/>
          <w:color w:val="172E67"/>
        </w:rPr>
        <w:t xml:space="preserve">Full Name: </w:t>
      </w:r>
      <w:r>
        <w:rPr>
          <w:color w:val="000000"/>
        </w:rPr>
        <w:t>____________________________________________________________________________</w:t>
      </w:r>
    </w:p>
    <w:p w14:paraId="0C4F8CC7" w14:textId="77777777" w:rsidR="0036365A" w:rsidRDefault="00000000">
      <w:pPr>
        <w:pStyle w:val="FormField"/>
      </w:pPr>
      <w:r>
        <w:rPr>
          <w:b/>
          <w:color w:val="172E67"/>
        </w:rPr>
        <w:t xml:space="preserve">Mailing Address: </w:t>
      </w:r>
      <w:r>
        <w:rPr>
          <w:color w:val="000000"/>
        </w:rPr>
        <w:t>____________________________________________________________________________</w:t>
      </w:r>
    </w:p>
    <w:p w14:paraId="62D871CD" w14:textId="77777777" w:rsidR="0036365A" w:rsidRDefault="00000000">
      <w:pPr>
        <w:pStyle w:val="FormField"/>
      </w:pPr>
      <w:r>
        <w:rPr>
          <w:b/>
          <w:color w:val="172E67"/>
        </w:rPr>
        <w:t xml:space="preserve">City, State, ZIP Code: </w:t>
      </w:r>
      <w:r>
        <w:rPr>
          <w:color w:val="000000"/>
        </w:rPr>
        <w:t>____________________________________________________________________________</w:t>
      </w:r>
    </w:p>
    <w:p w14:paraId="2492B891" w14:textId="77777777" w:rsidR="0036365A" w:rsidRDefault="00000000">
      <w:pPr>
        <w:pStyle w:val="FormField"/>
      </w:pPr>
      <w:r>
        <w:rPr>
          <w:b/>
          <w:color w:val="172E67"/>
        </w:rPr>
        <w:t xml:space="preserve">Email Address: </w:t>
      </w:r>
      <w:r>
        <w:rPr>
          <w:color w:val="000000"/>
        </w:rPr>
        <w:t>____________________________________________________________________________</w:t>
      </w:r>
    </w:p>
    <w:p w14:paraId="2BBF4627" w14:textId="77777777" w:rsidR="0036365A" w:rsidRDefault="00000000">
      <w:pPr>
        <w:pStyle w:val="FormField"/>
      </w:pPr>
      <w:r>
        <w:rPr>
          <w:b/>
          <w:color w:val="172E67"/>
        </w:rPr>
        <w:t xml:space="preserve">Home Phone: </w:t>
      </w:r>
      <w:r>
        <w:rPr>
          <w:color w:val="000000"/>
        </w:rPr>
        <w:t>____________________________    Cell Phone: ____________________________</w:t>
      </w:r>
    </w:p>
    <w:p w14:paraId="63F317D7" w14:textId="77777777" w:rsidR="0036365A" w:rsidRDefault="00000000">
      <w:pPr>
        <w:pStyle w:val="FormField"/>
      </w:pPr>
      <w:r>
        <w:rPr>
          <w:b/>
          <w:color w:val="172E67"/>
        </w:rPr>
        <w:t xml:space="preserve">Date of Birth: </w:t>
      </w:r>
      <w:r>
        <w:rPr>
          <w:color w:val="000000"/>
        </w:rPr>
        <w:t>____________________________    Age: __________________________________</w:t>
      </w:r>
    </w:p>
    <w:p w14:paraId="7FE66C7E" w14:textId="77777777" w:rsidR="0036365A" w:rsidRDefault="00000000">
      <w:pPr>
        <w:pStyle w:val="FormField"/>
      </w:pPr>
      <w:r>
        <w:rPr>
          <w:b/>
          <w:color w:val="172E67"/>
        </w:rPr>
        <w:t xml:space="preserve">Parent/Guardian Name: </w:t>
      </w:r>
      <w:r>
        <w:rPr>
          <w:color w:val="000000"/>
        </w:rPr>
        <w:t>____________________________________________________________________________</w:t>
      </w:r>
    </w:p>
    <w:p w14:paraId="45DD125D" w14:textId="77777777" w:rsidR="0036365A" w:rsidRDefault="00000000">
      <w:pPr>
        <w:pStyle w:val="FormField"/>
      </w:pPr>
      <w:r>
        <w:rPr>
          <w:b/>
          <w:color w:val="172E67"/>
        </w:rPr>
        <w:t xml:space="preserve">High School Name and Address: </w:t>
      </w:r>
      <w:r>
        <w:rPr>
          <w:color w:val="000000"/>
        </w:rPr>
        <w:t>____________________________________________________________________________</w:t>
      </w:r>
    </w:p>
    <w:p w14:paraId="4D16458A" w14:textId="35E6E287" w:rsidR="0036365A" w:rsidRDefault="00000000">
      <w:pPr>
        <w:pStyle w:val="FormField"/>
      </w:pPr>
      <w:r>
        <w:rPr>
          <w:b/>
          <w:color w:val="172E67"/>
        </w:rPr>
        <w:t>College You Plan to Attend in Fall 202</w:t>
      </w:r>
      <w:r w:rsidR="00B7447B">
        <w:rPr>
          <w:b/>
          <w:color w:val="172E67"/>
        </w:rPr>
        <w:t>7</w:t>
      </w:r>
      <w:r>
        <w:rPr>
          <w:b/>
          <w:color w:val="172E67"/>
        </w:rPr>
        <w:t xml:space="preserve">: </w:t>
      </w:r>
      <w:r>
        <w:rPr>
          <w:color w:val="000000"/>
        </w:rPr>
        <w:t>____________________________________________________________________________</w:t>
      </w:r>
    </w:p>
    <w:p w14:paraId="6A768B1C" w14:textId="77777777" w:rsidR="0036365A" w:rsidRDefault="00000000">
      <w:pPr>
        <w:pStyle w:val="FormField"/>
      </w:pPr>
      <w:r>
        <w:rPr>
          <w:b/>
          <w:color w:val="172E67"/>
        </w:rPr>
        <w:t xml:space="preserve">Intended Major: </w:t>
      </w:r>
      <w:r>
        <w:rPr>
          <w:color w:val="000000"/>
        </w:rPr>
        <w:t>____________________________________________________________________________</w:t>
      </w:r>
    </w:p>
    <w:p w14:paraId="60C3920D" w14:textId="77777777" w:rsidR="0036365A" w:rsidRDefault="00000000">
      <w:pPr>
        <w:pStyle w:val="FormField"/>
      </w:pPr>
      <w:r>
        <w:rPr>
          <w:b/>
          <w:color w:val="172E67"/>
        </w:rPr>
        <w:t xml:space="preserve">Accepted? </w:t>
      </w:r>
      <w:r>
        <w:rPr>
          <w:color w:val="000000"/>
        </w:rPr>
        <w:t>☐ Yes    ☐ No    ☐ Pending</w:t>
      </w:r>
    </w:p>
    <w:p w14:paraId="49C6F79B" w14:textId="77777777" w:rsidR="0036365A" w:rsidRDefault="00000000">
      <w:pPr>
        <w:pStyle w:val="FormField"/>
        <w:rPr>
          <w:color w:val="000000"/>
        </w:rPr>
      </w:pPr>
      <w:r>
        <w:rPr>
          <w:b/>
          <w:color w:val="172E67"/>
        </w:rPr>
        <w:t xml:space="preserve">Cumulative GPA: </w:t>
      </w:r>
      <w:r>
        <w:rPr>
          <w:color w:val="000000"/>
        </w:rPr>
        <w:t>____________________________________________________________________________</w:t>
      </w:r>
    </w:p>
    <w:p w14:paraId="3DF30AF2" w14:textId="77777777" w:rsidR="00DB7D97" w:rsidRDefault="00DB7D97">
      <w:pPr>
        <w:pStyle w:val="FormField"/>
      </w:pPr>
    </w:p>
    <w:p w14:paraId="61162BCD" w14:textId="77777777" w:rsidR="0036365A" w:rsidRDefault="00000000">
      <w:pPr>
        <w:pStyle w:val="Heading1"/>
      </w:pPr>
      <w:r>
        <w:rPr>
          <w:rFonts w:ascii="Arial" w:hAnsi="Arial"/>
        </w:rPr>
        <w:t>FINANCIAL INFORMATION</w:t>
      </w:r>
    </w:p>
    <w:p w14:paraId="2A9B4DB6" w14:textId="157BBC0E" w:rsidR="0036365A" w:rsidRPr="00DB7D97" w:rsidRDefault="00000000">
      <w:pPr>
        <w:pStyle w:val="SmallNote"/>
        <w:spacing w:after="20"/>
        <w:rPr>
          <w:color w:val="555555"/>
          <w:sz w:val="18"/>
          <w:szCs w:val="18"/>
        </w:rPr>
      </w:pPr>
      <w:r w:rsidRPr="00DB7D97">
        <w:rPr>
          <w:color w:val="555555"/>
          <w:sz w:val="18"/>
          <w:szCs w:val="18"/>
        </w:rPr>
        <w:t>Financial need will be considered when awards are determined. All financial information will be kept confidential. Incomplete required information may invalidate the application.</w:t>
      </w:r>
    </w:p>
    <w:p w14:paraId="00E8D222" w14:textId="77777777" w:rsidR="00DB7D97" w:rsidRDefault="00DB7D97">
      <w:pPr>
        <w:pStyle w:val="SmallNote"/>
        <w:spacing w:after="20"/>
      </w:pPr>
    </w:p>
    <w:p w14:paraId="23010AB9" w14:textId="77777777" w:rsidR="0036365A" w:rsidRDefault="00000000">
      <w:pPr>
        <w:pStyle w:val="FormField"/>
      </w:pPr>
      <w:r>
        <w:rPr>
          <w:b/>
          <w:color w:val="172E67"/>
        </w:rPr>
        <w:t xml:space="preserve">Parent/Guardian Occupation(s): </w:t>
      </w:r>
      <w:r>
        <w:rPr>
          <w:color w:val="000000"/>
        </w:rPr>
        <w:t>____________________________________________________________________________</w:t>
      </w:r>
    </w:p>
    <w:p w14:paraId="7A05193F" w14:textId="77777777" w:rsidR="0036365A" w:rsidRDefault="00000000">
      <w:pPr>
        <w:pStyle w:val="FormField"/>
      </w:pPr>
      <w:r>
        <w:rPr>
          <w:b/>
          <w:color w:val="172E67"/>
        </w:rPr>
        <w:t xml:space="preserve">Number and Ages of Dependent Children: </w:t>
      </w:r>
      <w:r>
        <w:rPr>
          <w:color w:val="000000"/>
        </w:rPr>
        <w:t>____________________________________________________________________________</w:t>
      </w:r>
    </w:p>
    <w:p w14:paraId="30A66F03" w14:textId="77777777" w:rsidR="0036365A" w:rsidRDefault="00000000">
      <w:pPr>
        <w:pStyle w:val="FormField"/>
      </w:pPr>
      <w:r>
        <w:rPr>
          <w:b/>
          <w:color w:val="172E67"/>
        </w:rPr>
        <w:t xml:space="preserve">Number of Dependents Currently Enrolled in College: </w:t>
      </w:r>
      <w:r>
        <w:rPr>
          <w:color w:val="000000"/>
        </w:rPr>
        <w:t>____________________________________________________________________________</w:t>
      </w:r>
    </w:p>
    <w:p w14:paraId="7BFD99EE" w14:textId="77777777" w:rsidR="0036365A" w:rsidRDefault="00000000">
      <w:pPr>
        <w:pStyle w:val="FormField"/>
      </w:pPr>
      <w:r>
        <w:rPr>
          <w:b/>
          <w:color w:val="172E67"/>
        </w:rPr>
        <w:t xml:space="preserve">Have you completed the FAFSA? </w:t>
      </w:r>
      <w:r>
        <w:rPr>
          <w:color w:val="000000"/>
        </w:rPr>
        <w:t>☐ Yes    ☐ No</w:t>
      </w:r>
    </w:p>
    <w:p w14:paraId="4B07497A" w14:textId="77777777" w:rsidR="0036365A" w:rsidRDefault="00000000">
      <w:pPr>
        <w:pStyle w:val="FormField"/>
      </w:pPr>
      <w:r>
        <w:rPr>
          <w:b/>
          <w:color w:val="172E67"/>
        </w:rPr>
        <w:t xml:space="preserve">If no, please explain: </w:t>
      </w:r>
      <w:r>
        <w:rPr>
          <w:color w:val="000000"/>
        </w:rPr>
        <w:t>____________________________________________________________________________</w:t>
      </w:r>
    </w:p>
    <w:p w14:paraId="719ABDA3" w14:textId="77777777" w:rsidR="0036365A" w:rsidRDefault="00000000">
      <w:pPr>
        <w:spacing w:after="20"/>
      </w:pPr>
      <w:r>
        <w:rPr>
          <w:b/>
          <w:color w:val="172E67"/>
          <w:sz w:val="16"/>
        </w:rPr>
        <w:t>List all financial aid and scholarships received or anticipated (include amounts):</w:t>
      </w:r>
    </w:p>
    <w:tbl>
      <w:tblPr>
        <w:tblStyle w:val="TableGrid"/>
        <w:tblW w:w="9360" w:type="dxa"/>
        <w:jc w:val="center"/>
        <w:tblLayout w:type="fixed"/>
        <w:tblLook w:val="04A0" w:firstRow="1" w:lastRow="0" w:firstColumn="1" w:lastColumn="0" w:noHBand="0" w:noVBand="1"/>
      </w:tblPr>
      <w:tblGrid>
        <w:gridCol w:w="5472"/>
        <w:gridCol w:w="1584"/>
        <w:gridCol w:w="2304"/>
      </w:tblGrid>
      <w:tr w:rsidR="0036365A" w14:paraId="0B817CCE" w14:textId="77777777" w:rsidTr="004D2E11">
        <w:trPr>
          <w:cantSplit/>
          <w:tblHeader/>
          <w:jc w:val="center"/>
        </w:trPr>
        <w:tc>
          <w:tcPr>
            <w:tcW w:w="5472" w:type="dxa"/>
            <w:shd w:val="clear" w:color="auto" w:fill="172E67"/>
            <w:tcMar>
              <w:top w:w="32" w:type="dxa"/>
              <w:left w:w="55" w:type="dxa"/>
              <w:bottom w:w="32" w:type="dxa"/>
              <w:right w:w="55" w:type="dxa"/>
            </w:tcMar>
            <w:vAlign w:val="center"/>
          </w:tcPr>
          <w:p w14:paraId="5869FAC4" w14:textId="77777777" w:rsidR="0036365A" w:rsidRDefault="00000000">
            <w:pPr>
              <w:spacing w:after="0"/>
              <w:jc w:val="center"/>
            </w:pPr>
            <w:r>
              <w:rPr>
                <w:b/>
                <w:color w:val="FFFFFF"/>
                <w:sz w:val="16"/>
              </w:rPr>
              <w:t>Scholarship / Grant / Aid</w:t>
            </w:r>
          </w:p>
        </w:tc>
        <w:tc>
          <w:tcPr>
            <w:tcW w:w="1584" w:type="dxa"/>
            <w:shd w:val="clear" w:color="auto" w:fill="172E67"/>
            <w:tcMar>
              <w:top w:w="32" w:type="dxa"/>
              <w:left w:w="55" w:type="dxa"/>
              <w:bottom w:w="32" w:type="dxa"/>
              <w:right w:w="55" w:type="dxa"/>
            </w:tcMar>
            <w:vAlign w:val="center"/>
          </w:tcPr>
          <w:p w14:paraId="74C62869" w14:textId="77777777" w:rsidR="0036365A" w:rsidRDefault="00000000">
            <w:pPr>
              <w:spacing w:after="0"/>
              <w:jc w:val="center"/>
            </w:pPr>
            <w:r>
              <w:rPr>
                <w:b/>
                <w:color w:val="FFFFFF"/>
                <w:sz w:val="16"/>
              </w:rPr>
              <w:t>Amount</w:t>
            </w:r>
          </w:p>
        </w:tc>
        <w:tc>
          <w:tcPr>
            <w:tcW w:w="2304" w:type="dxa"/>
            <w:shd w:val="clear" w:color="auto" w:fill="172E67"/>
            <w:tcMar>
              <w:top w:w="32" w:type="dxa"/>
              <w:left w:w="55" w:type="dxa"/>
              <w:bottom w:w="32" w:type="dxa"/>
              <w:right w:w="55" w:type="dxa"/>
            </w:tcMar>
            <w:vAlign w:val="center"/>
          </w:tcPr>
          <w:p w14:paraId="710943F8" w14:textId="77777777" w:rsidR="0036365A" w:rsidRDefault="00000000">
            <w:pPr>
              <w:spacing w:after="0"/>
              <w:jc w:val="center"/>
            </w:pPr>
            <w:r>
              <w:rPr>
                <w:b/>
                <w:color w:val="FFFFFF"/>
                <w:sz w:val="16"/>
              </w:rPr>
              <w:t>Status (Received / Pending)</w:t>
            </w:r>
          </w:p>
        </w:tc>
      </w:tr>
      <w:tr w:rsidR="0036365A" w14:paraId="052E5350" w14:textId="77777777" w:rsidTr="004D2E11">
        <w:trPr>
          <w:cantSplit/>
          <w:trHeight w:val="331"/>
          <w:jc w:val="center"/>
        </w:trPr>
        <w:tc>
          <w:tcPr>
            <w:tcW w:w="5472" w:type="dxa"/>
            <w:tcMar>
              <w:top w:w="32" w:type="dxa"/>
              <w:left w:w="55" w:type="dxa"/>
              <w:bottom w:w="32" w:type="dxa"/>
              <w:right w:w="55" w:type="dxa"/>
            </w:tcMar>
            <w:vAlign w:val="center"/>
          </w:tcPr>
          <w:p w14:paraId="019D9A1F" w14:textId="77777777" w:rsidR="0036365A" w:rsidRDefault="0036365A">
            <w:pPr>
              <w:spacing w:after="0"/>
            </w:pPr>
          </w:p>
        </w:tc>
        <w:tc>
          <w:tcPr>
            <w:tcW w:w="1584" w:type="dxa"/>
            <w:tcMar>
              <w:top w:w="32" w:type="dxa"/>
              <w:left w:w="55" w:type="dxa"/>
              <w:bottom w:w="32" w:type="dxa"/>
              <w:right w:w="55" w:type="dxa"/>
            </w:tcMar>
            <w:vAlign w:val="center"/>
          </w:tcPr>
          <w:p w14:paraId="162E3BFB" w14:textId="77777777" w:rsidR="0036365A" w:rsidRDefault="0036365A">
            <w:pPr>
              <w:spacing w:after="0"/>
            </w:pPr>
          </w:p>
        </w:tc>
        <w:tc>
          <w:tcPr>
            <w:tcW w:w="2304" w:type="dxa"/>
            <w:tcMar>
              <w:top w:w="32" w:type="dxa"/>
              <w:left w:w="55" w:type="dxa"/>
              <w:bottom w:w="32" w:type="dxa"/>
              <w:right w:w="55" w:type="dxa"/>
            </w:tcMar>
            <w:vAlign w:val="center"/>
          </w:tcPr>
          <w:p w14:paraId="06BFBFD0" w14:textId="77777777" w:rsidR="0036365A" w:rsidRDefault="0036365A">
            <w:pPr>
              <w:spacing w:after="0"/>
            </w:pPr>
          </w:p>
        </w:tc>
      </w:tr>
      <w:tr w:rsidR="0036365A" w14:paraId="25BAB97B" w14:textId="77777777" w:rsidTr="004D2E11">
        <w:trPr>
          <w:cantSplit/>
          <w:trHeight w:val="331"/>
          <w:jc w:val="center"/>
        </w:trPr>
        <w:tc>
          <w:tcPr>
            <w:tcW w:w="5472" w:type="dxa"/>
            <w:tcMar>
              <w:top w:w="32" w:type="dxa"/>
              <w:left w:w="55" w:type="dxa"/>
              <w:bottom w:w="32" w:type="dxa"/>
              <w:right w:w="55" w:type="dxa"/>
            </w:tcMar>
            <w:vAlign w:val="center"/>
          </w:tcPr>
          <w:p w14:paraId="5D3EDD7E" w14:textId="77777777" w:rsidR="0036365A" w:rsidRDefault="0036365A">
            <w:pPr>
              <w:spacing w:after="0"/>
            </w:pPr>
          </w:p>
        </w:tc>
        <w:tc>
          <w:tcPr>
            <w:tcW w:w="1584" w:type="dxa"/>
            <w:tcMar>
              <w:top w:w="32" w:type="dxa"/>
              <w:left w:w="55" w:type="dxa"/>
              <w:bottom w:w="32" w:type="dxa"/>
              <w:right w:w="55" w:type="dxa"/>
            </w:tcMar>
            <w:vAlign w:val="center"/>
          </w:tcPr>
          <w:p w14:paraId="4FC42086" w14:textId="77777777" w:rsidR="0036365A" w:rsidRDefault="0036365A">
            <w:pPr>
              <w:spacing w:after="0"/>
            </w:pPr>
          </w:p>
        </w:tc>
        <w:tc>
          <w:tcPr>
            <w:tcW w:w="2304" w:type="dxa"/>
            <w:tcMar>
              <w:top w:w="32" w:type="dxa"/>
              <w:left w:w="55" w:type="dxa"/>
              <w:bottom w:w="32" w:type="dxa"/>
              <w:right w:w="55" w:type="dxa"/>
            </w:tcMar>
            <w:vAlign w:val="center"/>
          </w:tcPr>
          <w:p w14:paraId="32208C7F" w14:textId="77777777" w:rsidR="0036365A" w:rsidRDefault="0036365A">
            <w:pPr>
              <w:spacing w:after="0"/>
            </w:pPr>
          </w:p>
        </w:tc>
      </w:tr>
      <w:tr w:rsidR="0036365A" w14:paraId="2EC683A9" w14:textId="77777777" w:rsidTr="004D2E11">
        <w:trPr>
          <w:cantSplit/>
          <w:trHeight w:val="331"/>
          <w:jc w:val="center"/>
        </w:trPr>
        <w:tc>
          <w:tcPr>
            <w:tcW w:w="5472" w:type="dxa"/>
            <w:tcMar>
              <w:top w:w="32" w:type="dxa"/>
              <w:left w:w="55" w:type="dxa"/>
              <w:bottom w:w="32" w:type="dxa"/>
              <w:right w:w="55" w:type="dxa"/>
            </w:tcMar>
            <w:vAlign w:val="center"/>
          </w:tcPr>
          <w:p w14:paraId="076A7941" w14:textId="77777777" w:rsidR="0036365A" w:rsidRDefault="0036365A">
            <w:pPr>
              <w:spacing w:after="0"/>
            </w:pPr>
          </w:p>
        </w:tc>
        <w:tc>
          <w:tcPr>
            <w:tcW w:w="1584" w:type="dxa"/>
            <w:tcMar>
              <w:top w:w="32" w:type="dxa"/>
              <w:left w:w="55" w:type="dxa"/>
              <w:bottom w:w="32" w:type="dxa"/>
              <w:right w:w="55" w:type="dxa"/>
            </w:tcMar>
            <w:vAlign w:val="center"/>
          </w:tcPr>
          <w:p w14:paraId="1ABA76BA" w14:textId="77777777" w:rsidR="0036365A" w:rsidRDefault="0036365A">
            <w:pPr>
              <w:spacing w:after="0"/>
            </w:pPr>
          </w:p>
        </w:tc>
        <w:tc>
          <w:tcPr>
            <w:tcW w:w="2304" w:type="dxa"/>
            <w:tcMar>
              <w:top w:w="32" w:type="dxa"/>
              <w:left w:w="55" w:type="dxa"/>
              <w:bottom w:w="32" w:type="dxa"/>
              <w:right w:w="55" w:type="dxa"/>
            </w:tcMar>
            <w:vAlign w:val="center"/>
          </w:tcPr>
          <w:p w14:paraId="7E697550" w14:textId="77777777" w:rsidR="0036365A" w:rsidRDefault="0036365A">
            <w:pPr>
              <w:spacing w:after="0"/>
            </w:pPr>
          </w:p>
        </w:tc>
      </w:tr>
    </w:tbl>
    <w:p w14:paraId="521CC3E8" w14:textId="77777777" w:rsidR="0036365A" w:rsidRDefault="00000000">
      <w:pPr>
        <w:pStyle w:val="Heading1"/>
      </w:pPr>
      <w:r>
        <w:rPr>
          <w:rFonts w:ascii="Arial" w:hAnsi="Arial"/>
        </w:rPr>
        <w:t>ADDITIONAL FINANCIAL CIRCUMSTANCES</w:t>
      </w:r>
    </w:p>
    <w:p w14:paraId="349475A5" w14:textId="095B1CBE" w:rsidR="0036365A" w:rsidRPr="00DB7D97" w:rsidRDefault="00000000">
      <w:pPr>
        <w:spacing w:after="20"/>
        <w:rPr>
          <w:szCs w:val="18"/>
        </w:rPr>
      </w:pPr>
      <w:r w:rsidRPr="00DB7D97">
        <w:rPr>
          <w:b/>
          <w:color w:val="172E67"/>
          <w:szCs w:val="18"/>
        </w:rPr>
        <w:t>Briefly describe any financial circumstances you would like the scholarship committee to consider:</w:t>
      </w:r>
    </w:p>
    <w:p w14:paraId="3E721707" w14:textId="171A3AEF" w:rsidR="0036365A" w:rsidRDefault="00000000">
      <w:pPr>
        <w:spacing w:after="50" w:line="197" w:lineRule="auto"/>
      </w:pPr>
      <w:r>
        <w:rPr>
          <w:color w:val="555555"/>
          <w:sz w:val="17"/>
        </w:rPr>
        <w:t>__________________________________________________________________________________________________</w:t>
      </w:r>
      <w:r w:rsidR="00B7447B">
        <w:rPr>
          <w:color w:val="555555"/>
          <w:sz w:val="17"/>
        </w:rPr>
        <w:t>_</w:t>
      </w:r>
    </w:p>
    <w:p w14:paraId="39EA4A73" w14:textId="74474B60" w:rsidR="0036365A" w:rsidRDefault="00000000">
      <w:pPr>
        <w:spacing w:after="50" w:line="197" w:lineRule="auto"/>
      </w:pPr>
      <w:r>
        <w:rPr>
          <w:color w:val="555555"/>
          <w:sz w:val="17"/>
        </w:rPr>
        <w:t>__________________________________________________________________________________________________</w:t>
      </w:r>
      <w:r w:rsidR="00B7447B">
        <w:rPr>
          <w:color w:val="555555"/>
          <w:sz w:val="17"/>
        </w:rPr>
        <w:t>_</w:t>
      </w:r>
    </w:p>
    <w:p w14:paraId="6C36EE9F" w14:textId="689DC199" w:rsidR="0036365A" w:rsidRDefault="00000000">
      <w:pPr>
        <w:spacing w:after="50" w:line="197" w:lineRule="auto"/>
        <w:rPr>
          <w:color w:val="555555"/>
          <w:sz w:val="17"/>
        </w:rPr>
      </w:pPr>
      <w:r>
        <w:rPr>
          <w:color w:val="555555"/>
          <w:sz w:val="17"/>
        </w:rPr>
        <w:t>__________________________________________________________________________________________________</w:t>
      </w:r>
      <w:r w:rsidR="00B7447B">
        <w:rPr>
          <w:color w:val="555555"/>
          <w:sz w:val="17"/>
        </w:rPr>
        <w:t>_</w:t>
      </w:r>
    </w:p>
    <w:p w14:paraId="4F294791" w14:textId="77777777" w:rsidR="00DB7D97" w:rsidRDefault="00DB7D97">
      <w:pPr>
        <w:spacing w:after="50" w:line="197" w:lineRule="auto"/>
      </w:pPr>
    </w:p>
    <w:p w14:paraId="6C247DE9" w14:textId="77777777" w:rsidR="0036365A" w:rsidRDefault="00000000">
      <w:pPr>
        <w:keepNext/>
        <w:pageBreakBefore/>
        <w:spacing w:after="20"/>
        <w:jc w:val="center"/>
      </w:pPr>
      <w:r>
        <w:rPr>
          <w:b/>
          <w:color w:val="1F3870"/>
          <w:sz w:val="32"/>
        </w:rPr>
        <w:t>MARCUS M. WILSON SCHOLARSHIP</w:t>
      </w:r>
    </w:p>
    <w:p w14:paraId="4EFF32E1" w14:textId="77777777" w:rsidR="0036365A" w:rsidRDefault="00000000">
      <w:pPr>
        <w:keepNext/>
        <w:spacing w:after="100"/>
        <w:jc w:val="center"/>
        <w:rPr>
          <w:b/>
          <w:color w:val="AE252D"/>
          <w:sz w:val="21"/>
        </w:rPr>
      </w:pPr>
      <w:r>
        <w:rPr>
          <w:b/>
          <w:color w:val="AE252D"/>
          <w:sz w:val="21"/>
        </w:rPr>
        <w:t>Activities &amp; Employment</w:t>
      </w:r>
    </w:p>
    <w:p w14:paraId="0E90D997" w14:textId="77777777" w:rsidR="004A5003" w:rsidRDefault="004A5003">
      <w:pPr>
        <w:keepNext/>
        <w:spacing w:after="100"/>
        <w:jc w:val="center"/>
      </w:pPr>
    </w:p>
    <w:p w14:paraId="2F4FB67C" w14:textId="77777777" w:rsidR="0036365A" w:rsidRDefault="00000000">
      <w:pPr>
        <w:pStyle w:val="Heading1"/>
      </w:pPr>
      <w:r>
        <w:rPr>
          <w:rFonts w:ascii="Arial" w:hAnsi="Arial"/>
        </w:rPr>
        <w:t>COMMUNITY ACTIVITIES AND VOLUNTEER SERVICE</w:t>
      </w:r>
    </w:p>
    <w:tbl>
      <w:tblPr>
        <w:tblStyle w:val="TableGrid"/>
        <w:tblW w:w="9360" w:type="dxa"/>
        <w:jc w:val="center"/>
        <w:tblLayout w:type="fixed"/>
        <w:tblLook w:val="04A0" w:firstRow="1" w:lastRow="0" w:firstColumn="1" w:lastColumn="0" w:noHBand="0" w:noVBand="1"/>
      </w:tblPr>
      <w:tblGrid>
        <w:gridCol w:w="3816"/>
        <w:gridCol w:w="2232"/>
        <w:gridCol w:w="936"/>
        <w:gridCol w:w="2376"/>
      </w:tblGrid>
      <w:tr w:rsidR="0036365A" w14:paraId="0F5B8763" w14:textId="77777777" w:rsidTr="004D2E11">
        <w:trPr>
          <w:cantSplit/>
          <w:tblHeader/>
          <w:jc w:val="center"/>
        </w:trPr>
        <w:tc>
          <w:tcPr>
            <w:tcW w:w="3816" w:type="dxa"/>
            <w:shd w:val="clear" w:color="auto" w:fill="172E67"/>
            <w:tcMar>
              <w:top w:w="40" w:type="dxa"/>
              <w:left w:w="52" w:type="dxa"/>
              <w:bottom w:w="40" w:type="dxa"/>
              <w:right w:w="52" w:type="dxa"/>
            </w:tcMar>
            <w:vAlign w:val="center"/>
          </w:tcPr>
          <w:p w14:paraId="2018773C" w14:textId="77777777" w:rsidR="0036365A" w:rsidRPr="00DB7D97" w:rsidRDefault="00000000">
            <w:pPr>
              <w:spacing w:after="0"/>
              <w:jc w:val="center"/>
              <w:rPr>
                <w:szCs w:val="18"/>
              </w:rPr>
            </w:pPr>
            <w:r w:rsidRPr="00DB7D97">
              <w:rPr>
                <w:b/>
                <w:color w:val="FFFFFF"/>
                <w:szCs w:val="18"/>
              </w:rPr>
              <w:t>Organization / Activity</w:t>
            </w:r>
          </w:p>
        </w:tc>
        <w:tc>
          <w:tcPr>
            <w:tcW w:w="2232" w:type="dxa"/>
            <w:shd w:val="clear" w:color="auto" w:fill="172E67"/>
            <w:tcMar>
              <w:top w:w="40" w:type="dxa"/>
              <w:left w:w="52" w:type="dxa"/>
              <w:bottom w:w="40" w:type="dxa"/>
              <w:right w:w="52" w:type="dxa"/>
            </w:tcMar>
            <w:vAlign w:val="center"/>
          </w:tcPr>
          <w:p w14:paraId="65A2F783" w14:textId="77777777" w:rsidR="0036365A" w:rsidRPr="00DB7D97" w:rsidRDefault="00000000">
            <w:pPr>
              <w:spacing w:after="0"/>
              <w:jc w:val="center"/>
              <w:rPr>
                <w:szCs w:val="18"/>
              </w:rPr>
            </w:pPr>
            <w:r w:rsidRPr="00DB7D97">
              <w:rPr>
                <w:b/>
                <w:color w:val="FFFFFF"/>
                <w:szCs w:val="18"/>
              </w:rPr>
              <w:t>Role or Office Held</w:t>
            </w:r>
          </w:p>
        </w:tc>
        <w:tc>
          <w:tcPr>
            <w:tcW w:w="936" w:type="dxa"/>
            <w:shd w:val="clear" w:color="auto" w:fill="172E67"/>
            <w:tcMar>
              <w:top w:w="40" w:type="dxa"/>
              <w:left w:w="52" w:type="dxa"/>
              <w:bottom w:w="40" w:type="dxa"/>
              <w:right w:w="52" w:type="dxa"/>
            </w:tcMar>
            <w:vAlign w:val="center"/>
          </w:tcPr>
          <w:p w14:paraId="37FE37B4" w14:textId="77777777" w:rsidR="0036365A" w:rsidRPr="00DB7D97" w:rsidRDefault="00000000">
            <w:pPr>
              <w:spacing w:after="0"/>
              <w:jc w:val="center"/>
              <w:rPr>
                <w:szCs w:val="18"/>
              </w:rPr>
            </w:pPr>
            <w:r w:rsidRPr="00DB7D97">
              <w:rPr>
                <w:b/>
                <w:color w:val="FFFFFF"/>
                <w:szCs w:val="18"/>
              </w:rPr>
              <w:t>Years</w:t>
            </w:r>
          </w:p>
        </w:tc>
        <w:tc>
          <w:tcPr>
            <w:tcW w:w="2376" w:type="dxa"/>
            <w:shd w:val="clear" w:color="auto" w:fill="172E67"/>
            <w:tcMar>
              <w:top w:w="40" w:type="dxa"/>
              <w:left w:w="52" w:type="dxa"/>
              <w:bottom w:w="40" w:type="dxa"/>
              <w:right w:w="52" w:type="dxa"/>
            </w:tcMar>
            <w:vAlign w:val="center"/>
          </w:tcPr>
          <w:p w14:paraId="2EABC970" w14:textId="77777777" w:rsidR="0036365A" w:rsidRPr="00DB7D97" w:rsidRDefault="00000000">
            <w:pPr>
              <w:spacing w:after="0"/>
              <w:jc w:val="center"/>
              <w:rPr>
                <w:szCs w:val="18"/>
              </w:rPr>
            </w:pPr>
            <w:r w:rsidRPr="00DB7D97">
              <w:rPr>
                <w:b/>
                <w:color w:val="FFFFFF"/>
                <w:szCs w:val="18"/>
              </w:rPr>
              <w:t>Honors / Recognition</w:t>
            </w:r>
          </w:p>
        </w:tc>
      </w:tr>
      <w:tr w:rsidR="0036365A" w14:paraId="35A1121F" w14:textId="77777777" w:rsidTr="004D2E11">
        <w:trPr>
          <w:cantSplit/>
          <w:trHeight w:val="461"/>
          <w:jc w:val="center"/>
        </w:trPr>
        <w:tc>
          <w:tcPr>
            <w:tcW w:w="3816" w:type="dxa"/>
            <w:tcMar>
              <w:top w:w="40" w:type="dxa"/>
              <w:left w:w="52" w:type="dxa"/>
              <w:bottom w:w="40" w:type="dxa"/>
              <w:right w:w="52" w:type="dxa"/>
            </w:tcMar>
            <w:vAlign w:val="center"/>
          </w:tcPr>
          <w:p w14:paraId="45658F32" w14:textId="77777777" w:rsidR="0036365A" w:rsidRDefault="0036365A">
            <w:pPr>
              <w:spacing w:after="0"/>
            </w:pPr>
          </w:p>
        </w:tc>
        <w:tc>
          <w:tcPr>
            <w:tcW w:w="2232" w:type="dxa"/>
            <w:tcMar>
              <w:top w:w="40" w:type="dxa"/>
              <w:left w:w="52" w:type="dxa"/>
              <w:bottom w:w="40" w:type="dxa"/>
              <w:right w:w="52" w:type="dxa"/>
            </w:tcMar>
            <w:vAlign w:val="center"/>
          </w:tcPr>
          <w:p w14:paraId="64334DC6" w14:textId="77777777" w:rsidR="0036365A" w:rsidRDefault="0036365A">
            <w:pPr>
              <w:spacing w:after="0"/>
            </w:pPr>
          </w:p>
        </w:tc>
        <w:tc>
          <w:tcPr>
            <w:tcW w:w="936" w:type="dxa"/>
            <w:tcMar>
              <w:top w:w="40" w:type="dxa"/>
              <w:left w:w="52" w:type="dxa"/>
              <w:bottom w:w="40" w:type="dxa"/>
              <w:right w:w="52" w:type="dxa"/>
            </w:tcMar>
            <w:vAlign w:val="center"/>
          </w:tcPr>
          <w:p w14:paraId="1F3B9241" w14:textId="77777777" w:rsidR="0036365A" w:rsidRDefault="0036365A">
            <w:pPr>
              <w:spacing w:after="0"/>
            </w:pPr>
          </w:p>
        </w:tc>
        <w:tc>
          <w:tcPr>
            <w:tcW w:w="2376" w:type="dxa"/>
            <w:tcMar>
              <w:top w:w="40" w:type="dxa"/>
              <w:left w:w="52" w:type="dxa"/>
              <w:bottom w:w="40" w:type="dxa"/>
              <w:right w:w="52" w:type="dxa"/>
            </w:tcMar>
            <w:vAlign w:val="center"/>
          </w:tcPr>
          <w:p w14:paraId="4B667B9D" w14:textId="77777777" w:rsidR="0036365A" w:rsidRDefault="0036365A">
            <w:pPr>
              <w:spacing w:after="0"/>
            </w:pPr>
          </w:p>
        </w:tc>
      </w:tr>
      <w:tr w:rsidR="0036365A" w14:paraId="5FA54855" w14:textId="77777777" w:rsidTr="004D2E11">
        <w:trPr>
          <w:cantSplit/>
          <w:trHeight w:val="461"/>
          <w:jc w:val="center"/>
        </w:trPr>
        <w:tc>
          <w:tcPr>
            <w:tcW w:w="3816" w:type="dxa"/>
            <w:tcMar>
              <w:top w:w="40" w:type="dxa"/>
              <w:left w:w="52" w:type="dxa"/>
              <w:bottom w:w="40" w:type="dxa"/>
              <w:right w:w="52" w:type="dxa"/>
            </w:tcMar>
            <w:vAlign w:val="center"/>
          </w:tcPr>
          <w:p w14:paraId="7F41122A" w14:textId="77777777" w:rsidR="0036365A" w:rsidRDefault="0036365A">
            <w:pPr>
              <w:spacing w:after="0"/>
            </w:pPr>
          </w:p>
        </w:tc>
        <w:tc>
          <w:tcPr>
            <w:tcW w:w="2232" w:type="dxa"/>
            <w:tcMar>
              <w:top w:w="40" w:type="dxa"/>
              <w:left w:w="52" w:type="dxa"/>
              <w:bottom w:w="40" w:type="dxa"/>
              <w:right w:w="52" w:type="dxa"/>
            </w:tcMar>
            <w:vAlign w:val="center"/>
          </w:tcPr>
          <w:p w14:paraId="7E62CC77" w14:textId="77777777" w:rsidR="0036365A" w:rsidRDefault="0036365A">
            <w:pPr>
              <w:spacing w:after="0"/>
            </w:pPr>
          </w:p>
        </w:tc>
        <w:tc>
          <w:tcPr>
            <w:tcW w:w="936" w:type="dxa"/>
            <w:tcMar>
              <w:top w:w="40" w:type="dxa"/>
              <w:left w:w="52" w:type="dxa"/>
              <w:bottom w:w="40" w:type="dxa"/>
              <w:right w:w="52" w:type="dxa"/>
            </w:tcMar>
            <w:vAlign w:val="center"/>
          </w:tcPr>
          <w:p w14:paraId="2F4AF122" w14:textId="77777777" w:rsidR="0036365A" w:rsidRDefault="0036365A">
            <w:pPr>
              <w:spacing w:after="0"/>
            </w:pPr>
          </w:p>
        </w:tc>
        <w:tc>
          <w:tcPr>
            <w:tcW w:w="2376" w:type="dxa"/>
            <w:tcMar>
              <w:top w:w="40" w:type="dxa"/>
              <w:left w:w="52" w:type="dxa"/>
              <w:bottom w:w="40" w:type="dxa"/>
              <w:right w:w="52" w:type="dxa"/>
            </w:tcMar>
            <w:vAlign w:val="center"/>
          </w:tcPr>
          <w:p w14:paraId="69118196" w14:textId="77777777" w:rsidR="0036365A" w:rsidRDefault="0036365A">
            <w:pPr>
              <w:spacing w:after="0"/>
            </w:pPr>
          </w:p>
        </w:tc>
      </w:tr>
      <w:tr w:rsidR="0036365A" w14:paraId="28ED48FA" w14:textId="77777777" w:rsidTr="004D2E11">
        <w:trPr>
          <w:cantSplit/>
          <w:trHeight w:val="461"/>
          <w:jc w:val="center"/>
        </w:trPr>
        <w:tc>
          <w:tcPr>
            <w:tcW w:w="3816" w:type="dxa"/>
            <w:tcMar>
              <w:top w:w="40" w:type="dxa"/>
              <w:left w:w="52" w:type="dxa"/>
              <w:bottom w:w="40" w:type="dxa"/>
              <w:right w:w="52" w:type="dxa"/>
            </w:tcMar>
            <w:vAlign w:val="center"/>
          </w:tcPr>
          <w:p w14:paraId="62D4D3D9" w14:textId="77777777" w:rsidR="0036365A" w:rsidRDefault="0036365A">
            <w:pPr>
              <w:spacing w:after="0"/>
            </w:pPr>
          </w:p>
        </w:tc>
        <w:tc>
          <w:tcPr>
            <w:tcW w:w="2232" w:type="dxa"/>
            <w:tcMar>
              <w:top w:w="40" w:type="dxa"/>
              <w:left w:w="52" w:type="dxa"/>
              <w:bottom w:w="40" w:type="dxa"/>
              <w:right w:w="52" w:type="dxa"/>
            </w:tcMar>
            <w:vAlign w:val="center"/>
          </w:tcPr>
          <w:p w14:paraId="19D0060C" w14:textId="77777777" w:rsidR="0036365A" w:rsidRDefault="0036365A">
            <w:pPr>
              <w:spacing w:after="0"/>
            </w:pPr>
          </w:p>
        </w:tc>
        <w:tc>
          <w:tcPr>
            <w:tcW w:w="936" w:type="dxa"/>
            <w:tcMar>
              <w:top w:w="40" w:type="dxa"/>
              <w:left w:w="52" w:type="dxa"/>
              <w:bottom w:w="40" w:type="dxa"/>
              <w:right w:w="52" w:type="dxa"/>
            </w:tcMar>
            <w:vAlign w:val="center"/>
          </w:tcPr>
          <w:p w14:paraId="5C84C882" w14:textId="77777777" w:rsidR="0036365A" w:rsidRDefault="0036365A">
            <w:pPr>
              <w:spacing w:after="0"/>
            </w:pPr>
          </w:p>
        </w:tc>
        <w:tc>
          <w:tcPr>
            <w:tcW w:w="2376" w:type="dxa"/>
            <w:tcMar>
              <w:top w:w="40" w:type="dxa"/>
              <w:left w:w="52" w:type="dxa"/>
              <w:bottom w:w="40" w:type="dxa"/>
              <w:right w:w="52" w:type="dxa"/>
            </w:tcMar>
            <w:vAlign w:val="center"/>
          </w:tcPr>
          <w:p w14:paraId="6D0D0E5F" w14:textId="77777777" w:rsidR="0036365A" w:rsidRDefault="0036365A">
            <w:pPr>
              <w:spacing w:after="0"/>
            </w:pPr>
          </w:p>
        </w:tc>
      </w:tr>
    </w:tbl>
    <w:p w14:paraId="016AE4D7" w14:textId="77777777" w:rsidR="0036365A" w:rsidRDefault="00000000">
      <w:pPr>
        <w:pStyle w:val="Heading1"/>
      </w:pPr>
      <w:r>
        <w:rPr>
          <w:rFonts w:ascii="Arial" w:hAnsi="Arial"/>
        </w:rPr>
        <w:t>SCHOOL ACTIVITIES, CLUBS, AND ORGANIZATIONS</w:t>
      </w:r>
    </w:p>
    <w:tbl>
      <w:tblPr>
        <w:tblStyle w:val="TableGrid"/>
        <w:tblW w:w="9360" w:type="dxa"/>
        <w:jc w:val="center"/>
        <w:tblLayout w:type="fixed"/>
        <w:tblLook w:val="04A0" w:firstRow="1" w:lastRow="0" w:firstColumn="1" w:lastColumn="0" w:noHBand="0" w:noVBand="1"/>
      </w:tblPr>
      <w:tblGrid>
        <w:gridCol w:w="3816"/>
        <w:gridCol w:w="2232"/>
        <w:gridCol w:w="936"/>
        <w:gridCol w:w="2376"/>
      </w:tblGrid>
      <w:tr w:rsidR="0036365A" w14:paraId="45B9B205" w14:textId="77777777" w:rsidTr="004D2E11">
        <w:trPr>
          <w:cantSplit/>
          <w:tblHeader/>
          <w:jc w:val="center"/>
        </w:trPr>
        <w:tc>
          <w:tcPr>
            <w:tcW w:w="3816" w:type="dxa"/>
            <w:shd w:val="clear" w:color="auto" w:fill="172E67"/>
            <w:tcMar>
              <w:top w:w="40" w:type="dxa"/>
              <w:left w:w="52" w:type="dxa"/>
              <w:bottom w:w="40" w:type="dxa"/>
              <w:right w:w="52" w:type="dxa"/>
            </w:tcMar>
            <w:vAlign w:val="center"/>
          </w:tcPr>
          <w:p w14:paraId="7CD9AFD8" w14:textId="77777777" w:rsidR="0036365A" w:rsidRPr="00DB7D97" w:rsidRDefault="00000000">
            <w:pPr>
              <w:spacing w:after="0"/>
              <w:jc w:val="center"/>
              <w:rPr>
                <w:szCs w:val="18"/>
              </w:rPr>
            </w:pPr>
            <w:r w:rsidRPr="00DB7D97">
              <w:rPr>
                <w:b/>
                <w:color w:val="FFFFFF"/>
                <w:szCs w:val="18"/>
              </w:rPr>
              <w:t>Organization / Club</w:t>
            </w:r>
          </w:p>
        </w:tc>
        <w:tc>
          <w:tcPr>
            <w:tcW w:w="2232" w:type="dxa"/>
            <w:shd w:val="clear" w:color="auto" w:fill="172E67"/>
            <w:tcMar>
              <w:top w:w="40" w:type="dxa"/>
              <w:left w:w="52" w:type="dxa"/>
              <w:bottom w:w="40" w:type="dxa"/>
              <w:right w:w="52" w:type="dxa"/>
            </w:tcMar>
            <w:vAlign w:val="center"/>
          </w:tcPr>
          <w:p w14:paraId="463BE3F6" w14:textId="77777777" w:rsidR="0036365A" w:rsidRPr="00DB7D97" w:rsidRDefault="00000000">
            <w:pPr>
              <w:spacing w:after="0"/>
              <w:jc w:val="center"/>
              <w:rPr>
                <w:szCs w:val="18"/>
              </w:rPr>
            </w:pPr>
            <w:r w:rsidRPr="00DB7D97">
              <w:rPr>
                <w:b/>
                <w:color w:val="FFFFFF"/>
                <w:szCs w:val="18"/>
              </w:rPr>
              <w:t>Role or Office Held</w:t>
            </w:r>
          </w:p>
        </w:tc>
        <w:tc>
          <w:tcPr>
            <w:tcW w:w="936" w:type="dxa"/>
            <w:shd w:val="clear" w:color="auto" w:fill="172E67"/>
            <w:tcMar>
              <w:top w:w="40" w:type="dxa"/>
              <w:left w:w="52" w:type="dxa"/>
              <w:bottom w:w="40" w:type="dxa"/>
              <w:right w:w="52" w:type="dxa"/>
            </w:tcMar>
            <w:vAlign w:val="center"/>
          </w:tcPr>
          <w:p w14:paraId="02A5285E" w14:textId="77777777" w:rsidR="0036365A" w:rsidRPr="00DB7D97" w:rsidRDefault="00000000">
            <w:pPr>
              <w:spacing w:after="0"/>
              <w:jc w:val="center"/>
              <w:rPr>
                <w:szCs w:val="18"/>
              </w:rPr>
            </w:pPr>
            <w:r w:rsidRPr="00DB7D97">
              <w:rPr>
                <w:b/>
                <w:color w:val="FFFFFF"/>
                <w:szCs w:val="18"/>
              </w:rPr>
              <w:t>Years</w:t>
            </w:r>
          </w:p>
        </w:tc>
        <w:tc>
          <w:tcPr>
            <w:tcW w:w="2376" w:type="dxa"/>
            <w:shd w:val="clear" w:color="auto" w:fill="172E67"/>
            <w:tcMar>
              <w:top w:w="40" w:type="dxa"/>
              <w:left w:w="52" w:type="dxa"/>
              <w:bottom w:w="40" w:type="dxa"/>
              <w:right w:w="52" w:type="dxa"/>
            </w:tcMar>
            <w:vAlign w:val="center"/>
          </w:tcPr>
          <w:p w14:paraId="150A4304" w14:textId="77777777" w:rsidR="0036365A" w:rsidRPr="00DB7D97" w:rsidRDefault="00000000">
            <w:pPr>
              <w:spacing w:after="0"/>
              <w:jc w:val="center"/>
              <w:rPr>
                <w:szCs w:val="18"/>
              </w:rPr>
            </w:pPr>
            <w:r w:rsidRPr="00DB7D97">
              <w:rPr>
                <w:b/>
                <w:color w:val="FFFFFF"/>
                <w:szCs w:val="18"/>
              </w:rPr>
              <w:t>Honors / Recognition</w:t>
            </w:r>
          </w:p>
        </w:tc>
      </w:tr>
      <w:tr w:rsidR="0036365A" w14:paraId="365AE909" w14:textId="77777777" w:rsidTr="004D2E11">
        <w:trPr>
          <w:cantSplit/>
          <w:trHeight w:val="461"/>
          <w:jc w:val="center"/>
        </w:trPr>
        <w:tc>
          <w:tcPr>
            <w:tcW w:w="3816" w:type="dxa"/>
            <w:tcMar>
              <w:top w:w="40" w:type="dxa"/>
              <w:left w:w="52" w:type="dxa"/>
              <w:bottom w:w="40" w:type="dxa"/>
              <w:right w:w="52" w:type="dxa"/>
            </w:tcMar>
            <w:vAlign w:val="center"/>
          </w:tcPr>
          <w:p w14:paraId="7FEF31D2" w14:textId="77777777" w:rsidR="0036365A" w:rsidRDefault="0036365A">
            <w:pPr>
              <w:spacing w:after="0"/>
            </w:pPr>
          </w:p>
        </w:tc>
        <w:tc>
          <w:tcPr>
            <w:tcW w:w="2232" w:type="dxa"/>
            <w:tcMar>
              <w:top w:w="40" w:type="dxa"/>
              <w:left w:w="52" w:type="dxa"/>
              <w:bottom w:w="40" w:type="dxa"/>
              <w:right w:w="52" w:type="dxa"/>
            </w:tcMar>
            <w:vAlign w:val="center"/>
          </w:tcPr>
          <w:p w14:paraId="1657347C" w14:textId="77777777" w:rsidR="0036365A" w:rsidRDefault="0036365A">
            <w:pPr>
              <w:spacing w:after="0"/>
            </w:pPr>
          </w:p>
        </w:tc>
        <w:tc>
          <w:tcPr>
            <w:tcW w:w="936" w:type="dxa"/>
            <w:tcMar>
              <w:top w:w="40" w:type="dxa"/>
              <w:left w:w="52" w:type="dxa"/>
              <w:bottom w:w="40" w:type="dxa"/>
              <w:right w:w="52" w:type="dxa"/>
            </w:tcMar>
            <w:vAlign w:val="center"/>
          </w:tcPr>
          <w:p w14:paraId="2A8541CE" w14:textId="77777777" w:rsidR="0036365A" w:rsidRDefault="0036365A">
            <w:pPr>
              <w:spacing w:after="0"/>
            </w:pPr>
          </w:p>
        </w:tc>
        <w:tc>
          <w:tcPr>
            <w:tcW w:w="2376" w:type="dxa"/>
            <w:tcMar>
              <w:top w:w="40" w:type="dxa"/>
              <w:left w:w="52" w:type="dxa"/>
              <w:bottom w:w="40" w:type="dxa"/>
              <w:right w:w="52" w:type="dxa"/>
            </w:tcMar>
            <w:vAlign w:val="center"/>
          </w:tcPr>
          <w:p w14:paraId="553A3D9F" w14:textId="77777777" w:rsidR="0036365A" w:rsidRDefault="0036365A">
            <w:pPr>
              <w:spacing w:after="0"/>
            </w:pPr>
          </w:p>
        </w:tc>
      </w:tr>
      <w:tr w:rsidR="0036365A" w14:paraId="6DFE048F" w14:textId="77777777" w:rsidTr="004D2E11">
        <w:trPr>
          <w:cantSplit/>
          <w:trHeight w:val="461"/>
          <w:jc w:val="center"/>
        </w:trPr>
        <w:tc>
          <w:tcPr>
            <w:tcW w:w="3816" w:type="dxa"/>
            <w:tcMar>
              <w:top w:w="40" w:type="dxa"/>
              <w:left w:w="52" w:type="dxa"/>
              <w:bottom w:w="40" w:type="dxa"/>
              <w:right w:w="52" w:type="dxa"/>
            </w:tcMar>
            <w:vAlign w:val="center"/>
          </w:tcPr>
          <w:p w14:paraId="58AAC3CD" w14:textId="77777777" w:rsidR="0036365A" w:rsidRDefault="0036365A">
            <w:pPr>
              <w:spacing w:after="0"/>
            </w:pPr>
          </w:p>
        </w:tc>
        <w:tc>
          <w:tcPr>
            <w:tcW w:w="2232" w:type="dxa"/>
            <w:tcMar>
              <w:top w:w="40" w:type="dxa"/>
              <w:left w:w="52" w:type="dxa"/>
              <w:bottom w:w="40" w:type="dxa"/>
              <w:right w:w="52" w:type="dxa"/>
            </w:tcMar>
            <w:vAlign w:val="center"/>
          </w:tcPr>
          <w:p w14:paraId="2A267EE5" w14:textId="77777777" w:rsidR="0036365A" w:rsidRDefault="0036365A">
            <w:pPr>
              <w:spacing w:after="0"/>
            </w:pPr>
          </w:p>
        </w:tc>
        <w:tc>
          <w:tcPr>
            <w:tcW w:w="936" w:type="dxa"/>
            <w:tcMar>
              <w:top w:w="40" w:type="dxa"/>
              <w:left w:w="52" w:type="dxa"/>
              <w:bottom w:w="40" w:type="dxa"/>
              <w:right w:w="52" w:type="dxa"/>
            </w:tcMar>
            <w:vAlign w:val="center"/>
          </w:tcPr>
          <w:p w14:paraId="21DECE7E" w14:textId="77777777" w:rsidR="0036365A" w:rsidRDefault="0036365A">
            <w:pPr>
              <w:spacing w:after="0"/>
            </w:pPr>
          </w:p>
        </w:tc>
        <w:tc>
          <w:tcPr>
            <w:tcW w:w="2376" w:type="dxa"/>
            <w:tcMar>
              <w:top w:w="40" w:type="dxa"/>
              <w:left w:w="52" w:type="dxa"/>
              <w:bottom w:w="40" w:type="dxa"/>
              <w:right w:w="52" w:type="dxa"/>
            </w:tcMar>
            <w:vAlign w:val="center"/>
          </w:tcPr>
          <w:p w14:paraId="7BA46D32" w14:textId="77777777" w:rsidR="0036365A" w:rsidRDefault="0036365A">
            <w:pPr>
              <w:spacing w:after="0"/>
            </w:pPr>
          </w:p>
        </w:tc>
      </w:tr>
      <w:tr w:rsidR="0036365A" w14:paraId="11B31589" w14:textId="77777777" w:rsidTr="004D2E11">
        <w:trPr>
          <w:cantSplit/>
          <w:trHeight w:val="461"/>
          <w:jc w:val="center"/>
        </w:trPr>
        <w:tc>
          <w:tcPr>
            <w:tcW w:w="3816" w:type="dxa"/>
            <w:tcMar>
              <w:top w:w="40" w:type="dxa"/>
              <w:left w:w="52" w:type="dxa"/>
              <w:bottom w:w="40" w:type="dxa"/>
              <w:right w:w="52" w:type="dxa"/>
            </w:tcMar>
            <w:vAlign w:val="center"/>
          </w:tcPr>
          <w:p w14:paraId="4501C348" w14:textId="77777777" w:rsidR="0036365A" w:rsidRDefault="0036365A">
            <w:pPr>
              <w:spacing w:after="0"/>
            </w:pPr>
          </w:p>
        </w:tc>
        <w:tc>
          <w:tcPr>
            <w:tcW w:w="2232" w:type="dxa"/>
            <w:tcMar>
              <w:top w:w="40" w:type="dxa"/>
              <w:left w:w="52" w:type="dxa"/>
              <w:bottom w:w="40" w:type="dxa"/>
              <w:right w:w="52" w:type="dxa"/>
            </w:tcMar>
            <w:vAlign w:val="center"/>
          </w:tcPr>
          <w:p w14:paraId="6FAD7932" w14:textId="77777777" w:rsidR="0036365A" w:rsidRDefault="0036365A">
            <w:pPr>
              <w:spacing w:after="0"/>
            </w:pPr>
          </w:p>
        </w:tc>
        <w:tc>
          <w:tcPr>
            <w:tcW w:w="936" w:type="dxa"/>
            <w:tcMar>
              <w:top w:w="40" w:type="dxa"/>
              <w:left w:w="52" w:type="dxa"/>
              <w:bottom w:w="40" w:type="dxa"/>
              <w:right w:w="52" w:type="dxa"/>
            </w:tcMar>
            <w:vAlign w:val="center"/>
          </w:tcPr>
          <w:p w14:paraId="6D0F5D69" w14:textId="77777777" w:rsidR="0036365A" w:rsidRDefault="0036365A">
            <w:pPr>
              <w:spacing w:after="0"/>
            </w:pPr>
          </w:p>
        </w:tc>
        <w:tc>
          <w:tcPr>
            <w:tcW w:w="2376" w:type="dxa"/>
            <w:tcMar>
              <w:top w:w="40" w:type="dxa"/>
              <w:left w:w="52" w:type="dxa"/>
              <w:bottom w:w="40" w:type="dxa"/>
              <w:right w:w="52" w:type="dxa"/>
            </w:tcMar>
            <w:vAlign w:val="center"/>
          </w:tcPr>
          <w:p w14:paraId="017F74DE" w14:textId="77777777" w:rsidR="0036365A" w:rsidRDefault="0036365A">
            <w:pPr>
              <w:spacing w:after="0"/>
            </w:pPr>
          </w:p>
        </w:tc>
      </w:tr>
    </w:tbl>
    <w:p w14:paraId="3419DCEC" w14:textId="77777777" w:rsidR="0036365A" w:rsidRDefault="00000000">
      <w:pPr>
        <w:pStyle w:val="Heading1"/>
      </w:pPr>
      <w:r>
        <w:rPr>
          <w:rFonts w:ascii="Arial" w:hAnsi="Arial"/>
        </w:rPr>
        <w:t>EMPLOYMENT HISTORY</w:t>
      </w:r>
    </w:p>
    <w:tbl>
      <w:tblPr>
        <w:tblStyle w:val="TableGrid"/>
        <w:tblW w:w="9360" w:type="dxa"/>
        <w:jc w:val="center"/>
        <w:tblLayout w:type="fixed"/>
        <w:tblLook w:val="04A0" w:firstRow="1" w:lastRow="0" w:firstColumn="1" w:lastColumn="0" w:noHBand="0" w:noVBand="1"/>
      </w:tblPr>
      <w:tblGrid>
        <w:gridCol w:w="3456"/>
        <w:gridCol w:w="2376"/>
        <w:gridCol w:w="2088"/>
        <w:gridCol w:w="1440"/>
      </w:tblGrid>
      <w:tr w:rsidR="0036365A" w14:paraId="4D63D6B7" w14:textId="77777777" w:rsidTr="004D2E11">
        <w:trPr>
          <w:cantSplit/>
          <w:tblHeader/>
          <w:jc w:val="center"/>
        </w:trPr>
        <w:tc>
          <w:tcPr>
            <w:tcW w:w="3456" w:type="dxa"/>
            <w:shd w:val="clear" w:color="auto" w:fill="172E67"/>
            <w:tcMar>
              <w:top w:w="40" w:type="dxa"/>
              <w:left w:w="52" w:type="dxa"/>
              <w:bottom w:w="40" w:type="dxa"/>
              <w:right w:w="52" w:type="dxa"/>
            </w:tcMar>
            <w:vAlign w:val="center"/>
          </w:tcPr>
          <w:p w14:paraId="5F3D08F9" w14:textId="77777777" w:rsidR="0036365A" w:rsidRPr="00DB7D97" w:rsidRDefault="00000000">
            <w:pPr>
              <w:spacing w:after="0"/>
              <w:jc w:val="center"/>
              <w:rPr>
                <w:szCs w:val="18"/>
              </w:rPr>
            </w:pPr>
            <w:r w:rsidRPr="00DB7D97">
              <w:rPr>
                <w:b/>
                <w:color w:val="FFFFFF"/>
                <w:szCs w:val="18"/>
              </w:rPr>
              <w:t>Employer</w:t>
            </w:r>
          </w:p>
        </w:tc>
        <w:tc>
          <w:tcPr>
            <w:tcW w:w="2376" w:type="dxa"/>
            <w:shd w:val="clear" w:color="auto" w:fill="172E67"/>
            <w:tcMar>
              <w:top w:w="40" w:type="dxa"/>
              <w:left w:w="52" w:type="dxa"/>
              <w:bottom w:w="40" w:type="dxa"/>
              <w:right w:w="52" w:type="dxa"/>
            </w:tcMar>
            <w:vAlign w:val="center"/>
          </w:tcPr>
          <w:p w14:paraId="438E1DFC" w14:textId="77777777" w:rsidR="0036365A" w:rsidRPr="00DB7D97" w:rsidRDefault="00000000">
            <w:pPr>
              <w:spacing w:after="0"/>
              <w:jc w:val="center"/>
              <w:rPr>
                <w:szCs w:val="18"/>
              </w:rPr>
            </w:pPr>
            <w:r w:rsidRPr="00DB7D97">
              <w:rPr>
                <w:b/>
                <w:color w:val="FFFFFF"/>
                <w:szCs w:val="18"/>
              </w:rPr>
              <w:t>Position Held</w:t>
            </w:r>
          </w:p>
        </w:tc>
        <w:tc>
          <w:tcPr>
            <w:tcW w:w="2088" w:type="dxa"/>
            <w:shd w:val="clear" w:color="auto" w:fill="172E67"/>
            <w:tcMar>
              <w:top w:w="40" w:type="dxa"/>
              <w:left w:w="52" w:type="dxa"/>
              <w:bottom w:w="40" w:type="dxa"/>
              <w:right w:w="52" w:type="dxa"/>
            </w:tcMar>
            <w:vAlign w:val="center"/>
          </w:tcPr>
          <w:p w14:paraId="3E212B1B" w14:textId="77777777" w:rsidR="0036365A" w:rsidRPr="00DB7D97" w:rsidRDefault="00000000">
            <w:pPr>
              <w:spacing w:after="0"/>
              <w:jc w:val="center"/>
              <w:rPr>
                <w:szCs w:val="18"/>
              </w:rPr>
            </w:pPr>
            <w:r w:rsidRPr="00DB7D97">
              <w:rPr>
                <w:b/>
                <w:color w:val="FFFFFF"/>
                <w:szCs w:val="18"/>
              </w:rPr>
              <w:t>Dates Employed</w:t>
            </w:r>
          </w:p>
        </w:tc>
        <w:tc>
          <w:tcPr>
            <w:tcW w:w="1440" w:type="dxa"/>
            <w:shd w:val="clear" w:color="auto" w:fill="172E67"/>
            <w:tcMar>
              <w:top w:w="40" w:type="dxa"/>
              <w:left w:w="52" w:type="dxa"/>
              <w:bottom w:w="40" w:type="dxa"/>
              <w:right w:w="52" w:type="dxa"/>
            </w:tcMar>
            <w:vAlign w:val="center"/>
          </w:tcPr>
          <w:p w14:paraId="197F8D7E" w14:textId="77777777" w:rsidR="0036365A" w:rsidRPr="00DB7D97" w:rsidRDefault="00000000">
            <w:pPr>
              <w:spacing w:after="0"/>
              <w:jc w:val="center"/>
              <w:rPr>
                <w:szCs w:val="18"/>
              </w:rPr>
            </w:pPr>
            <w:r w:rsidRPr="00DB7D97">
              <w:rPr>
                <w:b/>
                <w:color w:val="FFFFFF"/>
                <w:szCs w:val="18"/>
              </w:rPr>
              <w:t>Hours per Week</w:t>
            </w:r>
          </w:p>
        </w:tc>
      </w:tr>
      <w:tr w:rsidR="0036365A" w14:paraId="32DC6EAF" w14:textId="77777777" w:rsidTr="004D2E11">
        <w:trPr>
          <w:cantSplit/>
          <w:trHeight w:val="461"/>
          <w:jc w:val="center"/>
        </w:trPr>
        <w:tc>
          <w:tcPr>
            <w:tcW w:w="3456" w:type="dxa"/>
            <w:tcMar>
              <w:top w:w="40" w:type="dxa"/>
              <w:left w:w="52" w:type="dxa"/>
              <w:bottom w:w="40" w:type="dxa"/>
              <w:right w:w="52" w:type="dxa"/>
            </w:tcMar>
            <w:vAlign w:val="center"/>
          </w:tcPr>
          <w:p w14:paraId="0A311050" w14:textId="77777777" w:rsidR="0036365A" w:rsidRDefault="0036365A">
            <w:pPr>
              <w:spacing w:after="0"/>
            </w:pPr>
          </w:p>
        </w:tc>
        <w:tc>
          <w:tcPr>
            <w:tcW w:w="2376" w:type="dxa"/>
            <w:tcMar>
              <w:top w:w="40" w:type="dxa"/>
              <w:left w:w="52" w:type="dxa"/>
              <w:bottom w:w="40" w:type="dxa"/>
              <w:right w:w="52" w:type="dxa"/>
            </w:tcMar>
            <w:vAlign w:val="center"/>
          </w:tcPr>
          <w:p w14:paraId="174B7AC6" w14:textId="77777777" w:rsidR="0036365A" w:rsidRDefault="0036365A">
            <w:pPr>
              <w:spacing w:after="0"/>
            </w:pPr>
          </w:p>
        </w:tc>
        <w:tc>
          <w:tcPr>
            <w:tcW w:w="2088" w:type="dxa"/>
            <w:tcMar>
              <w:top w:w="40" w:type="dxa"/>
              <w:left w:w="52" w:type="dxa"/>
              <w:bottom w:w="40" w:type="dxa"/>
              <w:right w:w="52" w:type="dxa"/>
            </w:tcMar>
            <w:vAlign w:val="center"/>
          </w:tcPr>
          <w:p w14:paraId="45B1A9C3" w14:textId="77777777" w:rsidR="0036365A" w:rsidRDefault="0036365A">
            <w:pPr>
              <w:spacing w:after="0"/>
            </w:pPr>
          </w:p>
        </w:tc>
        <w:tc>
          <w:tcPr>
            <w:tcW w:w="1440" w:type="dxa"/>
            <w:tcMar>
              <w:top w:w="40" w:type="dxa"/>
              <w:left w:w="52" w:type="dxa"/>
              <w:bottom w:w="40" w:type="dxa"/>
              <w:right w:w="52" w:type="dxa"/>
            </w:tcMar>
            <w:vAlign w:val="center"/>
          </w:tcPr>
          <w:p w14:paraId="4BCA81A5" w14:textId="77777777" w:rsidR="0036365A" w:rsidRDefault="0036365A">
            <w:pPr>
              <w:spacing w:after="0"/>
            </w:pPr>
          </w:p>
        </w:tc>
      </w:tr>
      <w:tr w:rsidR="0036365A" w14:paraId="5B0403C6" w14:textId="77777777" w:rsidTr="004D2E11">
        <w:trPr>
          <w:cantSplit/>
          <w:trHeight w:val="461"/>
          <w:jc w:val="center"/>
        </w:trPr>
        <w:tc>
          <w:tcPr>
            <w:tcW w:w="3456" w:type="dxa"/>
            <w:tcMar>
              <w:top w:w="40" w:type="dxa"/>
              <w:left w:w="52" w:type="dxa"/>
              <w:bottom w:w="40" w:type="dxa"/>
              <w:right w:w="52" w:type="dxa"/>
            </w:tcMar>
            <w:vAlign w:val="center"/>
          </w:tcPr>
          <w:p w14:paraId="4D8EFDF3" w14:textId="77777777" w:rsidR="0036365A" w:rsidRDefault="0036365A">
            <w:pPr>
              <w:spacing w:after="0"/>
            </w:pPr>
          </w:p>
        </w:tc>
        <w:tc>
          <w:tcPr>
            <w:tcW w:w="2376" w:type="dxa"/>
            <w:tcMar>
              <w:top w:w="40" w:type="dxa"/>
              <w:left w:w="52" w:type="dxa"/>
              <w:bottom w:w="40" w:type="dxa"/>
              <w:right w:w="52" w:type="dxa"/>
            </w:tcMar>
            <w:vAlign w:val="center"/>
          </w:tcPr>
          <w:p w14:paraId="01B12CF8" w14:textId="77777777" w:rsidR="0036365A" w:rsidRDefault="0036365A">
            <w:pPr>
              <w:spacing w:after="0"/>
            </w:pPr>
          </w:p>
        </w:tc>
        <w:tc>
          <w:tcPr>
            <w:tcW w:w="2088" w:type="dxa"/>
            <w:tcMar>
              <w:top w:w="40" w:type="dxa"/>
              <w:left w:w="52" w:type="dxa"/>
              <w:bottom w:w="40" w:type="dxa"/>
              <w:right w:w="52" w:type="dxa"/>
            </w:tcMar>
            <w:vAlign w:val="center"/>
          </w:tcPr>
          <w:p w14:paraId="0516E9D5" w14:textId="77777777" w:rsidR="0036365A" w:rsidRDefault="0036365A">
            <w:pPr>
              <w:spacing w:after="0"/>
            </w:pPr>
          </w:p>
        </w:tc>
        <w:tc>
          <w:tcPr>
            <w:tcW w:w="1440" w:type="dxa"/>
            <w:tcMar>
              <w:top w:w="40" w:type="dxa"/>
              <w:left w:w="52" w:type="dxa"/>
              <w:bottom w:w="40" w:type="dxa"/>
              <w:right w:w="52" w:type="dxa"/>
            </w:tcMar>
            <w:vAlign w:val="center"/>
          </w:tcPr>
          <w:p w14:paraId="5B154BA6" w14:textId="77777777" w:rsidR="0036365A" w:rsidRDefault="0036365A">
            <w:pPr>
              <w:spacing w:after="0"/>
            </w:pPr>
          </w:p>
        </w:tc>
      </w:tr>
      <w:tr w:rsidR="0036365A" w14:paraId="245C8B97" w14:textId="77777777" w:rsidTr="004D2E11">
        <w:trPr>
          <w:cantSplit/>
          <w:trHeight w:val="461"/>
          <w:jc w:val="center"/>
        </w:trPr>
        <w:tc>
          <w:tcPr>
            <w:tcW w:w="3456" w:type="dxa"/>
            <w:tcMar>
              <w:top w:w="40" w:type="dxa"/>
              <w:left w:w="52" w:type="dxa"/>
              <w:bottom w:w="40" w:type="dxa"/>
              <w:right w:w="52" w:type="dxa"/>
            </w:tcMar>
            <w:vAlign w:val="center"/>
          </w:tcPr>
          <w:p w14:paraId="4411A3BD" w14:textId="77777777" w:rsidR="0036365A" w:rsidRDefault="0036365A">
            <w:pPr>
              <w:spacing w:after="0"/>
            </w:pPr>
          </w:p>
        </w:tc>
        <w:tc>
          <w:tcPr>
            <w:tcW w:w="2376" w:type="dxa"/>
            <w:tcMar>
              <w:top w:w="40" w:type="dxa"/>
              <w:left w:w="52" w:type="dxa"/>
              <w:bottom w:w="40" w:type="dxa"/>
              <w:right w:w="52" w:type="dxa"/>
            </w:tcMar>
            <w:vAlign w:val="center"/>
          </w:tcPr>
          <w:p w14:paraId="73C35735" w14:textId="77777777" w:rsidR="0036365A" w:rsidRDefault="0036365A">
            <w:pPr>
              <w:spacing w:after="0"/>
            </w:pPr>
          </w:p>
        </w:tc>
        <w:tc>
          <w:tcPr>
            <w:tcW w:w="2088" w:type="dxa"/>
            <w:tcMar>
              <w:top w:w="40" w:type="dxa"/>
              <w:left w:w="52" w:type="dxa"/>
              <w:bottom w:w="40" w:type="dxa"/>
              <w:right w:w="52" w:type="dxa"/>
            </w:tcMar>
            <w:vAlign w:val="center"/>
          </w:tcPr>
          <w:p w14:paraId="27F58C62" w14:textId="77777777" w:rsidR="0036365A" w:rsidRDefault="0036365A">
            <w:pPr>
              <w:spacing w:after="0"/>
            </w:pPr>
          </w:p>
        </w:tc>
        <w:tc>
          <w:tcPr>
            <w:tcW w:w="1440" w:type="dxa"/>
            <w:tcMar>
              <w:top w:w="40" w:type="dxa"/>
              <w:left w:w="52" w:type="dxa"/>
              <w:bottom w:w="40" w:type="dxa"/>
              <w:right w:w="52" w:type="dxa"/>
            </w:tcMar>
            <w:vAlign w:val="center"/>
          </w:tcPr>
          <w:p w14:paraId="12175675" w14:textId="77777777" w:rsidR="0036365A" w:rsidRDefault="0036365A">
            <w:pPr>
              <w:spacing w:after="0"/>
            </w:pPr>
          </w:p>
        </w:tc>
      </w:tr>
    </w:tbl>
    <w:p w14:paraId="3B6A460E" w14:textId="77777777" w:rsidR="0036365A" w:rsidRDefault="00000000">
      <w:pPr>
        <w:pStyle w:val="Heading1"/>
      </w:pPr>
      <w:r>
        <w:rPr>
          <w:rFonts w:ascii="Arial" w:hAnsi="Arial"/>
        </w:rPr>
        <w:t>ADDITIONAL INFORMATION</w:t>
      </w:r>
    </w:p>
    <w:p w14:paraId="4E06B86F" w14:textId="3747CE31" w:rsidR="00B7447B" w:rsidRDefault="00000000">
      <w:pPr>
        <w:pStyle w:val="FormField"/>
        <w:rPr>
          <w:b/>
          <w:color w:val="172E67"/>
        </w:rPr>
      </w:pPr>
      <w:r>
        <w:rPr>
          <w:b/>
          <w:color w:val="172E67"/>
        </w:rPr>
        <w:t xml:space="preserve">Other achievements, responsibilities, or circumstances you would like the committee to consider: </w:t>
      </w:r>
    </w:p>
    <w:p w14:paraId="770E60EC" w14:textId="4AF8448E" w:rsidR="0036365A" w:rsidRDefault="00000000">
      <w:pPr>
        <w:pStyle w:val="FormField"/>
        <w:spacing w:after="50" w:line="197" w:lineRule="auto"/>
      </w:pPr>
      <w:r>
        <w:rPr>
          <w:color w:val="000000"/>
          <w:sz w:val="17"/>
        </w:rPr>
        <w:t>____________________________________________________________________________</w:t>
      </w:r>
      <w:r w:rsidR="00B7447B">
        <w:rPr>
          <w:color w:val="000000"/>
          <w:sz w:val="17"/>
        </w:rPr>
        <w:t>__________</w:t>
      </w:r>
      <w:r w:rsidR="004D2E11">
        <w:rPr>
          <w:color w:val="000000"/>
          <w:sz w:val="17"/>
        </w:rPr>
        <w:t>___</w:t>
      </w:r>
    </w:p>
    <w:p w14:paraId="7DA935C4" w14:textId="5290B334" w:rsidR="0036365A" w:rsidRDefault="00000000">
      <w:pPr>
        <w:spacing w:after="50" w:line="197" w:lineRule="auto"/>
      </w:pPr>
      <w:r>
        <w:rPr>
          <w:color w:val="555555"/>
          <w:sz w:val="17"/>
        </w:rPr>
        <w:t>__________________________________________________________________________________________________</w:t>
      </w:r>
      <w:r w:rsidR="00B7447B">
        <w:rPr>
          <w:color w:val="555555"/>
          <w:sz w:val="17"/>
        </w:rPr>
        <w:t>_</w:t>
      </w:r>
    </w:p>
    <w:p w14:paraId="5F80A01B" w14:textId="7560DE42" w:rsidR="0036365A" w:rsidRDefault="00000000">
      <w:pPr>
        <w:spacing w:after="50" w:line="197" w:lineRule="auto"/>
      </w:pPr>
      <w:r>
        <w:rPr>
          <w:color w:val="555555"/>
          <w:sz w:val="17"/>
        </w:rPr>
        <w:t>__________________________________________________________________________________________________</w:t>
      </w:r>
      <w:r w:rsidR="00B7447B">
        <w:rPr>
          <w:color w:val="555555"/>
          <w:sz w:val="17"/>
        </w:rPr>
        <w:t>_</w:t>
      </w:r>
    </w:p>
    <w:p w14:paraId="648B080B" w14:textId="65590375" w:rsidR="0036365A" w:rsidRDefault="00000000">
      <w:pPr>
        <w:spacing w:after="50" w:line="197" w:lineRule="auto"/>
      </w:pPr>
      <w:r>
        <w:rPr>
          <w:color w:val="555555"/>
          <w:sz w:val="17"/>
        </w:rPr>
        <w:t>__________________________________________________________________________________________________</w:t>
      </w:r>
      <w:r w:rsidR="00B7447B">
        <w:rPr>
          <w:color w:val="555555"/>
          <w:sz w:val="17"/>
        </w:rPr>
        <w:t>_</w:t>
      </w:r>
    </w:p>
    <w:p w14:paraId="44C07ED7" w14:textId="6DD16E87" w:rsidR="0036365A" w:rsidRDefault="00000000">
      <w:pPr>
        <w:spacing w:after="50" w:line="197" w:lineRule="auto"/>
        <w:rPr>
          <w:color w:val="555555"/>
          <w:sz w:val="17"/>
        </w:rPr>
      </w:pPr>
      <w:r>
        <w:rPr>
          <w:color w:val="555555"/>
          <w:sz w:val="17"/>
        </w:rPr>
        <w:t>__________________________________________________________________________________________________</w:t>
      </w:r>
      <w:r w:rsidR="00B7447B">
        <w:rPr>
          <w:color w:val="555555"/>
          <w:sz w:val="17"/>
        </w:rPr>
        <w:t>_</w:t>
      </w:r>
    </w:p>
    <w:p w14:paraId="49FEC0A7" w14:textId="77777777" w:rsidR="00DB7D97" w:rsidRDefault="00DB7D97">
      <w:pPr>
        <w:spacing w:after="50" w:line="197" w:lineRule="auto"/>
      </w:pPr>
    </w:p>
    <w:p w14:paraId="42AA0E55" w14:textId="77777777" w:rsidR="0036365A" w:rsidRDefault="00000000">
      <w:pPr>
        <w:keepNext/>
        <w:pageBreakBefore/>
        <w:spacing w:after="20"/>
        <w:jc w:val="center"/>
      </w:pPr>
      <w:r>
        <w:rPr>
          <w:b/>
          <w:color w:val="1F3870"/>
          <w:sz w:val="32"/>
        </w:rPr>
        <w:t>MARCUS M. WILSON SCHOLARSHIP</w:t>
      </w:r>
    </w:p>
    <w:p w14:paraId="10F4A108" w14:textId="77777777" w:rsidR="0036365A" w:rsidRDefault="00000000">
      <w:pPr>
        <w:keepNext/>
        <w:spacing w:after="100"/>
        <w:jc w:val="center"/>
        <w:rPr>
          <w:b/>
          <w:color w:val="AE252D"/>
          <w:sz w:val="21"/>
        </w:rPr>
      </w:pPr>
      <w:r>
        <w:rPr>
          <w:b/>
          <w:color w:val="AE252D"/>
          <w:sz w:val="21"/>
        </w:rPr>
        <w:t>Essay, Recommendations &amp; Certification</w:t>
      </w:r>
    </w:p>
    <w:p w14:paraId="26D03821" w14:textId="77777777" w:rsidR="004A5003" w:rsidRDefault="004A5003">
      <w:pPr>
        <w:keepNext/>
        <w:spacing w:after="100"/>
        <w:jc w:val="center"/>
      </w:pPr>
    </w:p>
    <w:p w14:paraId="13D274B2" w14:textId="77777777" w:rsidR="0036365A" w:rsidRDefault="00000000">
      <w:pPr>
        <w:pStyle w:val="Heading1"/>
      </w:pPr>
      <w:r>
        <w:rPr>
          <w:rFonts w:ascii="Arial" w:eastAsia="Arial" w:hAnsi="Arial"/>
          <w:sz w:val="22"/>
        </w:rPr>
        <w:t>ANTI-BULLYING ESSAY</w:t>
      </w:r>
    </w:p>
    <w:p w14:paraId="0BD37A67" w14:textId="676B1AFE" w:rsidR="0036365A" w:rsidRPr="00DB7D97" w:rsidRDefault="00000000">
      <w:pPr>
        <w:spacing w:after="40" w:line="245" w:lineRule="auto"/>
        <w:rPr>
          <w:szCs w:val="18"/>
        </w:rPr>
      </w:pPr>
      <w:r w:rsidRPr="00DB7D97">
        <w:rPr>
          <w:color w:val="000000"/>
          <w:szCs w:val="18"/>
        </w:rPr>
        <w:t>Attach a typed essay of approximately 500 words that addresses all three prompts:</w:t>
      </w:r>
    </w:p>
    <w:p w14:paraId="4B0B7B90" w14:textId="77777777" w:rsidR="0036365A" w:rsidRPr="00DB7D97" w:rsidRDefault="00000000">
      <w:pPr>
        <w:pStyle w:val="ListNumber"/>
        <w:spacing w:after="20" w:line="240" w:lineRule="auto"/>
        <w:rPr>
          <w:sz w:val="18"/>
          <w:szCs w:val="18"/>
        </w:rPr>
      </w:pPr>
      <w:r w:rsidRPr="00DB7D97">
        <w:rPr>
          <w:color w:val="000000"/>
          <w:sz w:val="18"/>
          <w:szCs w:val="18"/>
        </w:rPr>
        <w:t>Have you or someone you know experienced bullying? Describe the experience.</w:t>
      </w:r>
    </w:p>
    <w:p w14:paraId="12901B5B" w14:textId="77777777" w:rsidR="0036365A" w:rsidRPr="00DB7D97" w:rsidRDefault="00000000">
      <w:pPr>
        <w:pStyle w:val="ListNumber"/>
        <w:spacing w:after="20" w:line="240" w:lineRule="auto"/>
        <w:rPr>
          <w:sz w:val="18"/>
          <w:szCs w:val="18"/>
        </w:rPr>
      </w:pPr>
      <w:r w:rsidRPr="00DB7D97">
        <w:rPr>
          <w:color w:val="000000"/>
          <w:sz w:val="18"/>
          <w:szCs w:val="18"/>
        </w:rPr>
        <w:t>How can you help someone who is being bullied?</w:t>
      </w:r>
    </w:p>
    <w:p w14:paraId="3D7635F2" w14:textId="77777777" w:rsidR="0036365A" w:rsidRPr="00DB7D97" w:rsidRDefault="00000000">
      <w:pPr>
        <w:pStyle w:val="ListNumber"/>
        <w:spacing w:after="20" w:line="240" w:lineRule="auto"/>
        <w:rPr>
          <w:sz w:val="18"/>
          <w:szCs w:val="18"/>
        </w:rPr>
      </w:pPr>
      <w:r w:rsidRPr="00DB7D97">
        <w:rPr>
          <w:color w:val="000000"/>
          <w:sz w:val="18"/>
          <w:szCs w:val="18"/>
        </w:rPr>
        <w:t>What can your school do to prevent and stop bullying?</w:t>
      </w:r>
    </w:p>
    <w:p w14:paraId="3BE80A2C" w14:textId="77777777" w:rsidR="00DB7D97" w:rsidRDefault="00DB7D97" w:rsidP="00DB7D97">
      <w:pPr>
        <w:pStyle w:val="ListNumber"/>
        <w:numPr>
          <w:ilvl w:val="0"/>
          <w:numId w:val="0"/>
        </w:numPr>
        <w:spacing w:after="20" w:line="240" w:lineRule="auto"/>
        <w:ind w:left="346"/>
      </w:pPr>
    </w:p>
    <w:p w14:paraId="7B004E1E" w14:textId="77777777" w:rsidR="0036365A" w:rsidRDefault="00000000">
      <w:pPr>
        <w:pStyle w:val="Heading1"/>
      </w:pPr>
      <w:r>
        <w:rPr>
          <w:rFonts w:ascii="Arial" w:eastAsia="Arial" w:hAnsi="Arial"/>
          <w:sz w:val="22"/>
        </w:rPr>
        <w:t>LETTERS OF RECOMMENDATION</w:t>
      </w:r>
    </w:p>
    <w:p w14:paraId="55C1C07F" w14:textId="089BBD68" w:rsidR="0036365A" w:rsidRPr="00DB7D97" w:rsidRDefault="00000000">
      <w:pPr>
        <w:spacing w:after="40" w:line="245" w:lineRule="auto"/>
        <w:rPr>
          <w:szCs w:val="18"/>
        </w:rPr>
      </w:pPr>
      <w:r w:rsidRPr="00DB7D97">
        <w:rPr>
          <w:color w:val="000000"/>
          <w:szCs w:val="18"/>
        </w:rPr>
        <w:t>Attach t</w:t>
      </w:r>
      <w:r w:rsidR="00B7447B" w:rsidRPr="00DB7D97">
        <w:rPr>
          <w:color w:val="000000"/>
          <w:szCs w:val="18"/>
        </w:rPr>
        <w:t>wo</w:t>
      </w:r>
      <w:r w:rsidRPr="00DB7D97">
        <w:rPr>
          <w:color w:val="000000"/>
          <w:szCs w:val="18"/>
        </w:rPr>
        <w:t xml:space="preserve"> (</w:t>
      </w:r>
      <w:r w:rsidR="00B7447B" w:rsidRPr="00DB7D97">
        <w:rPr>
          <w:color w:val="000000"/>
          <w:szCs w:val="18"/>
        </w:rPr>
        <w:t>2</w:t>
      </w:r>
      <w:r w:rsidRPr="00DB7D97">
        <w:rPr>
          <w:color w:val="000000"/>
          <w:szCs w:val="18"/>
        </w:rPr>
        <w:t>) letters of recommendation. Letters may not be written by relatives. Each recommender must be at least 21 years old and may be a teacher, counselor, minister, employer, coach, community leader, or another adult who knows you well.</w:t>
      </w:r>
    </w:p>
    <w:tbl>
      <w:tblPr>
        <w:tblStyle w:val="TableGrid"/>
        <w:tblW w:w="9360" w:type="dxa"/>
        <w:jc w:val="center"/>
        <w:tblLayout w:type="fixed"/>
        <w:tblLook w:val="04A0" w:firstRow="1" w:lastRow="0" w:firstColumn="1" w:lastColumn="0" w:noHBand="0" w:noVBand="1"/>
      </w:tblPr>
      <w:tblGrid>
        <w:gridCol w:w="547"/>
        <w:gridCol w:w="3053"/>
        <w:gridCol w:w="2664"/>
        <w:gridCol w:w="3096"/>
      </w:tblGrid>
      <w:tr w:rsidR="0036365A" w14:paraId="461F76CE" w14:textId="77777777" w:rsidTr="00B7447B">
        <w:trPr>
          <w:cantSplit/>
          <w:tblHeader/>
          <w:jc w:val="center"/>
        </w:trPr>
        <w:tc>
          <w:tcPr>
            <w:tcW w:w="547" w:type="dxa"/>
            <w:shd w:val="clear" w:color="auto" w:fill="172E67"/>
            <w:tcMar>
              <w:top w:w="42" w:type="dxa"/>
              <w:left w:w="55" w:type="dxa"/>
              <w:bottom w:w="42" w:type="dxa"/>
              <w:right w:w="55" w:type="dxa"/>
            </w:tcMar>
            <w:vAlign w:val="center"/>
          </w:tcPr>
          <w:p w14:paraId="05029BB0" w14:textId="77777777" w:rsidR="0036365A" w:rsidRDefault="00000000">
            <w:pPr>
              <w:spacing w:after="0"/>
              <w:jc w:val="center"/>
            </w:pPr>
            <w:r>
              <w:rPr>
                <w:b/>
                <w:color w:val="FFFFFF"/>
                <w:sz w:val="17"/>
              </w:rPr>
              <w:t>#</w:t>
            </w:r>
          </w:p>
        </w:tc>
        <w:tc>
          <w:tcPr>
            <w:tcW w:w="3053" w:type="dxa"/>
            <w:shd w:val="clear" w:color="auto" w:fill="172E67"/>
            <w:tcMar>
              <w:top w:w="42" w:type="dxa"/>
              <w:left w:w="55" w:type="dxa"/>
              <w:bottom w:w="42" w:type="dxa"/>
              <w:right w:w="55" w:type="dxa"/>
            </w:tcMar>
            <w:vAlign w:val="center"/>
          </w:tcPr>
          <w:p w14:paraId="501B505B" w14:textId="77777777" w:rsidR="0036365A" w:rsidRDefault="00000000">
            <w:pPr>
              <w:spacing w:after="0"/>
              <w:jc w:val="center"/>
            </w:pPr>
            <w:r>
              <w:rPr>
                <w:b/>
                <w:color w:val="FFFFFF"/>
                <w:sz w:val="17"/>
              </w:rPr>
              <w:t>Recommender Name</w:t>
            </w:r>
          </w:p>
        </w:tc>
        <w:tc>
          <w:tcPr>
            <w:tcW w:w="2664" w:type="dxa"/>
            <w:shd w:val="clear" w:color="auto" w:fill="172E67"/>
            <w:tcMar>
              <w:top w:w="42" w:type="dxa"/>
              <w:left w:w="55" w:type="dxa"/>
              <w:bottom w:w="42" w:type="dxa"/>
              <w:right w:w="55" w:type="dxa"/>
            </w:tcMar>
            <w:vAlign w:val="center"/>
          </w:tcPr>
          <w:p w14:paraId="42E68D59" w14:textId="77777777" w:rsidR="0036365A" w:rsidRDefault="00000000">
            <w:pPr>
              <w:spacing w:after="0"/>
              <w:jc w:val="center"/>
            </w:pPr>
            <w:r>
              <w:rPr>
                <w:b/>
                <w:color w:val="FFFFFF"/>
                <w:sz w:val="17"/>
              </w:rPr>
              <w:t>Title / Relationship</w:t>
            </w:r>
          </w:p>
        </w:tc>
        <w:tc>
          <w:tcPr>
            <w:tcW w:w="3096" w:type="dxa"/>
            <w:shd w:val="clear" w:color="auto" w:fill="172E67"/>
            <w:tcMar>
              <w:top w:w="42" w:type="dxa"/>
              <w:left w:w="55" w:type="dxa"/>
              <w:bottom w:w="42" w:type="dxa"/>
              <w:right w:w="55" w:type="dxa"/>
            </w:tcMar>
            <w:vAlign w:val="center"/>
          </w:tcPr>
          <w:p w14:paraId="21C96474" w14:textId="77777777" w:rsidR="0036365A" w:rsidRDefault="00000000">
            <w:pPr>
              <w:spacing w:after="0"/>
              <w:jc w:val="center"/>
            </w:pPr>
            <w:r>
              <w:rPr>
                <w:b/>
                <w:color w:val="FFFFFF"/>
                <w:sz w:val="17"/>
              </w:rPr>
              <w:t>Email / Phone</w:t>
            </w:r>
          </w:p>
        </w:tc>
      </w:tr>
      <w:tr w:rsidR="0036365A" w14:paraId="07B2C3E4" w14:textId="77777777" w:rsidTr="00B7447B">
        <w:trPr>
          <w:cantSplit/>
          <w:trHeight w:val="490"/>
          <w:jc w:val="center"/>
        </w:trPr>
        <w:tc>
          <w:tcPr>
            <w:tcW w:w="547" w:type="dxa"/>
            <w:tcMar>
              <w:top w:w="42" w:type="dxa"/>
              <w:left w:w="55" w:type="dxa"/>
              <w:bottom w:w="42" w:type="dxa"/>
              <w:right w:w="55" w:type="dxa"/>
            </w:tcMar>
            <w:vAlign w:val="center"/>
          </w:tcPr>
          <w:p w14:paraId="401D8D4F" w14:textId="77777777" w:rsidR="0036365A" w:rsidRDefault="00000000">
            <w:pPr>
              <w:spacing w:after="0"/>
              <w:jc w:val="center"/>
            </w:pPr>
            <w:r>
              <w:rPr>
                <w:b/>
                <w:color w:val="172E67"/>
              </w:rPr>
              <w:t>1</w:t>
            </w:r>
          </w:p>
        </w:tc>
        <w:tc>
          <w:tcPr>
            <w:tcW w:w="3053" w:type="dxa"/>
            <w:tcMar>
              <w:top w:w="42" w:type="dxa"/>
              <w:left w:w="55" w:type="dxa"/>
              <w:bottom w:w="42" w:type="dxa"/>
              <w:right w:w="55" w:type="dxa"/>
            </w:tcMar>
            <w:vAlign w:val="center"/>
          </w:tcPr>
          <w:p w14:paraId="48C2ECAF" w14:textId="77777777" w:rsidR="0036365A" w:rsidRDefault="0036365A">
            <w:pPr>
              <w:spacing w:after="0"/>
            </w:pPr>
          </w:p>
        </w:tc>
        <w:tc>
          <w:tcPr>
            <w:tcW w:w="2664" w:type="dxa"/>
            <w:tcMar>
              <w:top w:w="42" w:type="dxa"/>
              <w:left w:w="55" w:type="dxa"/>
              <w:bottom w:w="42" w:type="dxa"/>
              <w:right w:w="55" w:type="dxa"/>
            </w:tcMar>
            <w:vAlign w:val="center"/>
          </w:tcPr>
          <w:p w14:paraId="78FEDF5F" w14:textId="77777777" w:rsidR="0036365A" w:rsidRDefault="0036365A">
            <w:pPr>
              <w:spacing w:after="0"/>
            </w:pPr>
          </w:p>
        </w:tc>
        <w:tc>
          <w:tcPr>
            <w:tcW w:w="3096" w:type="dxa"/>
            <w:tcMar>
              <w:top w:w="42" w:type="dxa"/>
              <w:left w:w="55" w:type="dxa"/>
              <w:bottom w:w="42" w:type="dxa"/>
              <w:right w:w="55" w:type="dxa"/>
            </w:tcMar>
            <w:vAlign w:val="center"/>
          </w:tcPr>
          <w:p w14:paraId="64CC2BA2" w14:textId="77777777" w:rsidR="0036365A" w:rsidRDefault="0036365A">
            <w:pPr>
              <w:spacing w:after="0"/>
            </w:pPr>
          </w:p>
        </w:tc>
      </w:tr>
      <w:tr w:rsidR="0036365A" w14:paraId="42935464" w14:textId="77777777" w:rsidTr="00B7447B">
        <w:trPr>
          <w:cantSplit/>
          <w:trHeight w:val="490"/>
          <w:jc w:val="center"/>
        </w:trPr>
        <w:tc>
          <w:tcPr>
            <w:tcW w:w="547" w:type="dxa"/>
            <w:tcMar>
              <w:top w:w="42" w:type="dxa"/>
              <w:left w:w="55" w:type="dxa"/>
              <w:bottom w:w="42" w:type="dxa"/>
              <w:right w:w="55" w:type="dxa"/>
            </w:tcMar>
            <w:vAlign w:val="center"/>
          </w:tcPr>
          <w:p w14:paraId="7011B3BA" w14:textId="77777777" w:rsidR="0036365A" w:rsidRDefault="00000000">
            <w:pPr>
              <w:spacing w:after="0"/>
              <w:jc w:val="center"/>
            </w:pPr>
            <w:r>
              <w:rPr>
                <w:b/>
                <w:color w:val="172E67"/>
              </w:rPr>
              <w:t>2</w:t>
            </w:r>
          </w:p>
        </w:tc>
        <w:tc>
          <w:tcPr>
            <w:tcW w:w="3053" w:type="dxa"/>
            <w:tcMar>
              <w:top w:w="42" w:type="dxa"/>
              <w:left w:w="55" w:type="dxa"/>
              <w:bottom w:w="42" w:type="dxa"/>
              <w:right w:w="55" w:type="dxa"/>
            </w:tcMar>
            <w:vAlign w:val="center"/>
          </w:tcPr>
          <w:p w14:paraId="7228E5B9" w14:textId="77777777" w:rsidR="0036365A" w:rsidRDefault="0036365A">
            <w:pPr>
              <w:spacing w:after="0"/>
            </w:pPr>
          </w:p>
        </w:tc>
        <w:tc>
          <w:tcPr>
            <w:tcW w:w="2664" w:type="dxa"/>
            <w:tcMar>
              <w:top w:w="42" w:type="dxa"/>
              <w:left w:w="55" w:type="dxa"/>
              <w:bottom w:w="42" w:type="dxa"/>
              <w:right w:w="55" w:type="dxa"/>
            </w:tcMar>
            <w:vAlign w:val="center"/>
          </w:tcPr>
          <w:p w14:paraId="2601CD7D" w14:textId="77777777" w:rsidR="0036365A" w:rsidRDefault="0036365A">
            <w:pPr>
              <w:spacing w:after="0"/>
            </w:pPr>
          </w:p>
        </w:tc>
        <w:tc>
          <w:tcPr>
            <w:tcW w:w="3096" w:type="dxa"/>
            <w:tcMar>
              <w:top w:w="42" w:type="dxa"/>
              <w:left w:w="55" w:type="dxa"/>
              <w:bottom w:w="42" w:type="dxa"/>
              <w:right w:w="55" w:type="dxa"/>
            </w:tcMar>
            <w:vAlign w:val="center"/>
          </w:tcPr>
          <w:p w14:paraId="2E3501D0" w14:textId="77777777" w:rsidR="0036365A" w:rsidRDefault="0036365A">
            <w:pPr>
              <w:spacing w:after="0"/>
            </w:pPr>
          </w:p>
        </w:tc>
      </w:tr>
    </w:tbl>
    <w:p w14:paraId="3785F76C" w14:textId="77777777" w:rsidR="0036365A" w:rsidRDefault="00000000">
      <w:pPr>
        <w:pStyle w:val="Heading1"/>
      </w:pPr>
      <w:r>
        <w:rPr>
          <w:rFonts w:ascii="Arial" w:eastAsia="Arial" w:hAnsi="Arial"/>
          <w:sz w:val="22"/>
        </w:rPr>
        <w:t>APPLICANT CERTIFICATION</w:t>
      </w:r>
    </w:p>
    <w:p w14:paraId="2971B83D" w14:textId="31DEEF06" w:rsidR="0036365A" w:rsidRPr="00DB7D97" w:rsidRDefault="00000000">
      <w:pPr>
        <w:spacing w:after="40" w:line="250" w:lineRule="auto"/>
        <w:rPr>
          <w:szCs w:val="18"/>
        </w:rPr>
      </w:pPr>
      <w:r w:rsidRPr="00DB7D97">
        <w:rPr>
          <w:color w:val="000000"/>
          <w:szCs w:val="18"/>
        </w:rPr>
        <w:t>I certify that the information provided in this application is true and complete to the best of my knowledge. If awarded the Marcus M. Wilson Scholarship, I commit to pursuing my studies to the best of my ability. I understand that failure to accept or decline the award within seven (7) calendar days of notification will result in withdrawal of the scholarship offer.</w:t>
      </w:r>
    </w:p>
    <w:p w14:paraId="77A12C10" w14:textId="77777777" w:rsidR="0036365A" w:rsidRPr="00DB7D97" w:rsidRDefault="00000000">
      <w:pPr>
        <w:pStyle w:val="FormField"/>
        <w:spacing w:before="100" w:after="40"/>
        <w:rPr>
          <w:szCs w:val="18"/>
        </w:rPr>
      </w:pPr>
      <w:r w:rsidRPr="00DB7D97">
        <w:rPr>
          <w:b/>
          <w:color w:val="172E67"/>
          <w:szCs w:val="18"/>
        </w:rPr>
        <w:t xml:space="preserve">Applicant Signature: </w:t>
      </w:r>
      <w:r w:rsidRPr="00DB7D97">
        <w:rPr>
          <w:color w:val="000000"/>
          <w:szCs w:val="18"/>
        </w:rPr>
        <w:t>________________________________________    Date: ________________________</w:t>
      </w:r>
    </w:p>
    <w:p w14:paraId="7D2467EE" w14:textId="77777777" w:rsidR="0036365A" w:rsidRPr="00DB7D97" w:rsidRDefault="00000000">
      <w:pPr>
        <w:pStyle w:val="FormField"/>
        <w:spacing w:after="40"/>
        <w:rPr>
          <w:szCs w:val="18"/>
        </w:rPr>
      </w:pPr>
      <w:r w:rsidRPr="00DB7D97">
        <w:rPr>
          <w:b/>
          <w:color w:val="172E67"/>
          <w:szCs w:val="18"/>
        </w:rPr>
        <w:t xml:space="preserve">Parent/Guardian Signature (if applicant is under 18): </w:t>
      </w:r>
      <w:r w:rsidRPr="00DB7D97">
        <w:rPr>
          <w:color w:val="000000"/>
          <w:szCs w:val="18"/>
        </w:rPr>
        <w:t>________________________    Date: ____________</w:t>
      </w:r>
    </w:p>
    <w:tbl>
      <w:tblPr>
        <w:tblW w:w="9360" w:type="dxa"/>
        <w:jc w:val="center"/>
        <w:tblLayout w:type="fixed"/>
        <w:tblLook w:val="04A0" w:firstRow="1" w:lastRow="0" w:firstColumn="1" w:lastColumn="0" w:noHBand="0" w:noVBand="1"/>
      </w:tblPr>
      <w:tblGrid>
        <w:gridCol w:w="9360"/>
      </w:tblGrid>
      <w:tr w:rsidR="0036365A" w:rsidRPr="00DB7D97" w14:paraId="307EE332" w14:textId="77777777">
        <w:trPr>
          <w:jc w:val="center"/>
        </w:trPr>
        <w:tc>
          <w:tcPr>
            <w:tcW w:w="9360" w:type="dxa"/>
            <w:shd w:val="clear" w:color="auto" w:fill="EEF2F7"/>
            <w:tcMar>
              <w:top w:w="38" w:type="dxa"/>
              <w:left w:w="70" w:type="dxa"/>
              <w:bottom w:w="38" w:type="dxa"/>
              <w:right w:w="70" w:type="dxa"/>
            </w:tcMar>
            <w:vAlign w:val="center"/>
          </w:tcPr>
          <w:p w14:paraId="78B41B0E" w14:textId="77777777" w:rsidR="0036365A" w:rsidRPr="00DB7D97" w:rsidRDefault="00000000">
            <w:pPr>
              <w:spacing w:after="0"/>
              <w:rPr>
                <w:szCs w:val="18"/>
              </w:rPr>
            </w:pPr>
            <w:r w:rsidRPr="00DB7D97">
              <w:rPr>
                <w:i/>
                <w:color w:val="172E67"/>
                <w:szCs w:val="18"/>
              </w:rPr>
              <w:t>Before mailing, confirm that the application is signed and that all required attachments are included.</w:t>
            </w:r>
          </w:p>
        </w:tc>
      </w:tr>
    </w:tbl>
    <w:p w14:paraId="2FE39279" w14:textId="77777777" w:rsidR="001D22A4" w:rsidRDefault="001D22A4"/>
    <w:sectPr w:rsidR="001D22A4" w:rsidSect="00034616">
      <w:headerReference w:type="default" r:id="rId8"/>
      <w:footerReference w:type="default" r:id="rId9"/>
      <w:pgSz w:w="12240" w:h="15840"/>
      <w:pgMar w:top="835" w:right="936" w:bottom="749" w:left="936" w:header="202"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DFEF" w14:textId="77777777" w:rsidR="00311F42" w:rsidRDefault="00311F42">
      <w:pPr>
        <w:spacing w:after="0"/>
      </w:pPr>
      <w:r>
        <w:separator/>
      </w:r>
    </w:p>
  </w:endnote>
  <w:endnote w:type="continuationSeparator" w:id="0">
    <w:p w14:paraId="03922FED" w14:textId="77777777" w:rsidR="00311F42" w:rsidRDefault="00311F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7580" w14:textId="77777777" w:rsidR="0036365A" w:rsidRDefault="0036365A">
    <w:pPr>
      <w:pStyle w:val="Footer"/>
    </w:pPr>
  </w:p>
  <w:tbl>
    <w:tblPr>
      <w:tblW w:w="9360" w:type="dxa"/>
      <w:jc w:val="center"/>
      <w:tblLayout w:type="fixed"/>
      <w:tblLook w:val="04A0" w:firstRow="1" w:lastRow="0" w:firstColumn="1" w:lastColumn="0" w:noHBand="0" w:noVBand="1"/>
    </w:tblPr>
    <w:tblGrid>
      <w:gridCol w:w="7056"/>
      <w:gridCol w:w="2304"/>
    </w:tblGrid>
    <w:tr w:rsidR="0036365A" w14:paraId="2F359BF5" w14:textId="77777777">
      <w:trPr>
        <w:jc w:val="center"/>
      </w:trPr>
      <w:tc>
        <w:tcPr>
          <w:tcW w:w="7056" w:type="dxa"/>
          <w:tcBorders>
            <w:top w:val="nil"/>
            <w:left w:val="nil"/>
            <w:bottom w:val="nil"/>
            <w:right w:val="nil"/>
          </w:tcBorders>
          <w:tcMar>
            <w:top w:w="0" w:type="dxa"/>
            <w:left w:w="20" w:type="dxa"/>
            <w:bottom w:w="0" w:type="dxa"/>
            <w:right w:w="20" w:type="dxa"/>
          </w:tcMar>
          <w:vAlign w:val="center"/>
        </w:tcPr>
        <w:p w14:paraId="21DA9C00" w14:textId="77777777" w:rsidR="0036365A" w:rsidRDefault="00000000">
          <w:pPr>
            <w:spacing w:after="0"/>
          </w:pPr>
          <w:r>
            <w:rPr>
              <w:color w:val="606060"/>
              <w:sz w:val="15"/>
            </w:rPr>
            <w:t>Marcus M. Wilson Scholarship Fund  |  mmwsf10@gmail.com  |  540-815-4584</w:t>
          </w:r>
        </w:p>
      </w:tc>
      <w:tc>
        <w:tcPr>
          <w:tcW w:w="2304" w:type="dxa"/>
          <w:tcBorders>
            <w:top w:val="nil"/>
            <w:left w:val="nil"/>
            <w:bottom w:val="nil"/>
            <w:right w:val="nil"/>
          </w:tcBorders>
          <w:tcMar>
            <w:top w:w="0" w:type="dxa"/>
            <w:left w:w="20" w:type="dxa"/>
            <w:bottom w:w="0" w:type="dxa"/>
            <w:right w:w="20" w:type="dxa"/>
          </w:tcMar>
          <w:vAlign w:val="center"/>
        </w:tcPr>
        <w:p w14:paraId="5A9F6013" w14:textId="77777777" w:rsidR="0036365A" w:rsidRDefault="00000000">
          <w:pPr>
            <w:spacing w:after="0"/>
            <w:jc w:val="right"/>
          </w:pPr>
          <w:r>
            <w:rPr>
              <w:color w:val="606060"/>
              <w:sz w:val="15"/>
            </w:rPr>
            <w:t>Application 2026–2027</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57A29" w14:textId="77777777" w:rsidR="00311F42" w:rsidRDefault="00311F42">
      <w:pPr>
        <w:spacing w:after="0"/>
      </w:pPr>
      <w:r>
        <w:separator/>
      </w:r>
    </w:p>
  </w:footnote>
  <w:footnote w:type="continuationSeparator" w:id="0">
    <w:p w14:paraId="7D7797CB" w14:textId="77777777" w:rsidR="00311F42" w:rsidRDefault="00311F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9B238" w14:textId="77777777" w:rsidR="0036365A" w:rsidRDefault="00000000">
    <w:pPr>
      <w:pStyle w:val="Header"/>
      <w:jc w:val="right"/>
    </w:pPr>
    <w:r>
      <w:rPr>
        <w:noProof/>
      </w:rPr>
      <w:drawing>
        <wp:inline distT="0" distB="0" distL="0" distR="0" wp14:anchorId="0D221241" wp14:editId="6F230833">
          <wp:extent cx="1453896" cy="740664"/>
          <wp:effectExtent l="0" t="0" r="0" b="0"/>
          <wp:docPr id="1" name="Picture 1" descr="Marcus M. Wilson Scholarship Fund logo" title="Marcus M. Wilson Scholarship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stretch>
                    <a:fillRect/>
                  </a:stretch>
                </pic:blipFill>
                <pic:spPr>
                  <a:xfrm>
                    <a:off x="0" y="0"/>
                    <a:ext cx="1453896" cy="7406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99911164">
    <w:abstractNumId w:val="8"/>
  </w:num>
  <w:num w:numId="2" w16cid:durableId="271405830">
    <w:abstractNumId w:val="6"/>
  </w:num>
  <w:num w:numId="3" w16cid:durableId="343439759">
    <w:abstractNumId w:val="5"/>
  </w:num>
  <w:num w:numId="4" w16cid:durableId="416445344">
    <w:abstractNumId w:val="4"/>
  </w:num>
  <w:num w:numId="5" w16cid:durableId="1705326794">
    <w:abstractNumId w:val="7"/>
  </w:num>
  <w:num w:numId="6" w16cid:durableId="906067690">
    <w:abstractNumId w:val="3"/>
  </w:num>
  <w:num w:numId="7" w16cid:durableId="1920862552">
    <w:abstractNumId w:val="2"/>
  </w:num>
  <w:num w:numId="8" w16cid:durableId="1116293230">
    <w:abstractNumId w:val="1"/>
  </w:num>
  <w:num w:numId="9" w16cid:durableId="1434977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E7D"/>
    <w:rsid w:val="0006063C"/>
    <w:rsid w:val="0015074B"/>
    <w:rsid w:val="00164589"/>
    <w:rsid w:val="001D22A4"/>
    <w:rsid w:val="0029639D"/>
    <w:rsid w:val="00300D93"/>
    <w:rsid w:val="00311F42"/>
    <w:rsid w:val="00326F90"/>
    <w:rsid w:val="0036365A"/>
    <w:rsid w:val="003C2953"/>
    <w:rsid w:val="004836D6"/>
    <w:rsid w:val="004A5003"/>
    <w:rsid w:val="004D2E11"/>
    <w:rsid w:val="005A4184"/>
    <w:rsid w:val="005D38F3"/>
    <w:rsid w:val="00746B40"/>
    <w:rsid w:val="00772E2D"/>
    <w:rsid w:val="00985D23"/>
    <w:rsid w:val="00AA1D8D"/>
    <w:rsid w:val="00B47730"/>
    <w:rsid w:val="00B7447B"/>
    <w:rsid w:val="00CB0664"/>
    <w:rsid w:val="00CD6022"/>
    <w:rsid w:val="00DB7D97"/>
    <w:rsid w:val="00E6660A"/>
    <w:rsid w:val="00FB23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F70FE0"/>
  <w14:defaultImageDpi w14:val="300"/>
  <w15:docId w15:val="{4F8EB689-166C-4249-ABA4-0C7F587A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30" w:line="240" w:lineRule="auto"/>
    </w:pPr>
    <w:rPr>
      <w:rFonts w:ascii="Arial" w:eastAsia="Arial" w:hAnsi="Arial"/>
      <w:sz w:val="18"/>
    </w:rPr>
  </w:style>
  <w:style w:type="paragraph" w:styleId="Heading1">
    <w:name w:val="heading 1"/>
    <w:basedOn w:val="Normal"/>
    <w:next w:val="Normal"/>
    <w:link w:val="Heading1Char"/>
    <w:uiPriority w:val="9"/>
    <w:qFormat/>
    <w:rsid w:val="00FC693F"/>
    <w:pPr>
      <w:keepNext/>
      <w:keepLines/>
      <w:shd w:val="clear" w:color="auto" w:fill="172E67"/>
      <w:spacing w:before="80" w:after="26"/>
      <w:ind w:left="72" w:right="115"/>
      <w:outlineLvl w:val="0"/>
    </w:pPr>
    <w:rPr>
      <w:rFonts w:asciiTheme="majorHAnsi" w:eastAsiaTheme="majorEastAsia" w:hAnsiTheme="majorHAnsi" w:cstheme="majorBidi"/>
      <w:b/>
      <w:bCs/>
      <w:color w:val="FFFFFF"/>
      <w:sz w:val="2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0" w:line="228" w:lineRule="auto"/>
      <w:ind w:left="346" w:hanging="202"/>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0" w:line="228" w:lineRule="auto"/>
      <w:ind w:left="346" w:hanging="202"/>
      <w:contextualSpacing/>
    </w:pPr>
    <w:rPr>
      <w:sz w:val="17"/>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Field">
    <w:name w:val="Form Field"/>
    <w:pPr>
      <w:spacing w:after="42" w:line="228" w:lineRule="auto"/>
    </w:pPr>
    <w:rPr>
      <w:rFonts w:ascii="Arial" w:eastAsia="Arial" w:hAnsi="Arial"/>
      <w:sz w:val="18"/>
    </w:rPr>
  </w:style>
  <w:style w:type="paragraph" w:customStyle="1" w:styleId="SmallNote">
    <w:name w:val="Small Note"/>
    <w:pPr>
      <w:spacing w:after="30" w:line="228" w:lineRule="auto"/>
    </w:pPr>
    <w:rPr>
      <w:rFonts w:ascii="Arial" w:eastAsia="Arial" w:hAnsi="Arial"/>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Marcus M. Wilson Scholarship Application 2026–2027</vt:lpstr>
    </vt:vector>
  </TitlesOfParts>
  <Manager/>
  <Company/>
  <LinksUpToDate>false</LinksUpToDate>
  <CharactersWithSpaces>7644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Marcus M. Wilson Scholarship Application 2026–2027</dc:title>
  <dc:subject>Printable scholarship application</dc:subject>
  <dc:creator>Marcus M. Wilson Scholarship Fund</dc:creator>
  <cp:keywords/>
  <dc:description>generated by python-docx</dc:description>
  <cp:lastModifiedBy>Marvin Wilson</cp:lastModifiedBy>
  <cp:revision>6</cp:revision>
  <cp:lastPrinted>2026-08-08T00:44:00Z</cp:lastPrinted>
  <dcterms:created xsi:type="dcterms:W3CDTF">2026-08-08T00:46:00Z</dcterms:created>
  <dcterms:modified xsi:type="dcterms:W3CDTF">2026-08-11T01:46:00Z</dcterms:modified>
  <cp:category/>
</cp:coreProperties>
</file>